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Dali Autumn Leisure Trip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https://travel.victor42.work/trip/dali-autumn/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Itinerary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Dates: Sep xx–Sep xx (6 days, 5 nights)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Intercity transport: Flights. Outbound MU9698 Hangzhou 12:20→Dali 15:50; return JD5622 Dali 12:40→Hangzhou 16:00.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Local transport: Taxi.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Accommodation: Dali Sheloves Resort Hotel (Dali Ancient Town) 4 nights (D1–D4) + Hilton Garden Inn Dali Erhai Park 1 night (D5).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D1(Sep xx) Arrival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Hangzhou Xiaoshan (12:20) - Dali Fengyi (15:50)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Dali Ancient Town (2 hours)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Land in Dali, take a taxi to the old-town hotel and check in. Wander the ancient town in the evening; try a Bai dinner and see the night scenery.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D2(Sep xx)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Dali Ancient Town (1.5 hours) - Cangshan Geological Park (3.5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Cangshan Geological Park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Morning: explore Dali Ancient Town from the hotel; have a proper lunch inside the old town or by the South Gate before noon. Afternoon: taxi to Cangshan Geological Park and ride the Gantong cableway round-trip. After sightseeing, taxi back to the old-town hotel.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D3(Sep xx)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Wuwei Temple (1.5 hours) - Chongsheng Temple Three Pagodas (2.5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Chongsheng Temple Three Pagodas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Morning: taxi to Wuwei Temple. Midday: taxi back to the North Gate and have a proper lunch at North Gate / Xuefu Road. Afternoon: taxi to the Three Pagodas; afterward head back toward the old town on the way.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D4(Sep xx)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Xizhou Ancient Town (3.5 hours) - Erhai Ecological Corridor (north section) (3.5 hours)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Morning: taxi to Xizhou Ancient Town; have a proper lunch in town, then stroll the rice paddies and ride the sightseeing mini-train. Afternoon: Erhai Ecological Corridor north section (Gusheng Village)—a full half-day of waterfront walking and the old village.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D5(Sep xx) Hotel-change day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Erhai Ecological Corridor (south section) (3 hours) - General’s Cave (1.5 hours)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Morning: check out of the old-town hotel; send luggage ahead to the Xiaguan hotel via same-city courier. Taxi straight to Longkan Pier; have a lakeside proper lunch in the village before noon. After lunch, walk the Erhai Ecological Corridor south section one-way downstream, then visit General’s Cave. In the evening, head to the Xiaguan hotel to check in and rest.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D6(Sep xx) Return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Dali Fengyi (12:40) - Hangzhou Xiaoshan (16:00)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No sightseeing. Morning: taxi from the Xiaguan hotel straight to Dali Airport for the return flight.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Checklist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 xml:space="preserve">Manage your packing list with an 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 spreadsheet</w:t>
        </w:r>
      </w:hyperlink>
      <w:r>
        <w:rPr>
          <w:rFonts w:ascii="Helvetica Neue" w:hAnsi="Helvetica Neue" w:eastAsia="PingFang SC"/>
          <w:b w:val="0"/>
          <w:sz w:val="22"/>
        </w:rPr>
        <w:t>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Tips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Plateau sun is strong—pack sunscreen; bring rain gear for September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Bring an extra warm layer for Cangshan; check cableway status before you go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At the Three Pagodas, take the electric cart to the top and walk downhill; Reflection Park is about 1 km south of the main scenic area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**Haitongue Park is free only 9:00–12:00 and is extremely capacity-limited every day**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In Xizhou you can ride the rice-paddy sightseeing mini-train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On hotel-change day, use a same-city courier to send luggage to the Xiaguan hotel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Cangshan geography and cableways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**Geography**: Foot of Cangshan is about 2,000 m; summit about 3,900 m. Mid-mountain at ~2,600 m is linked by the flat Jade Belt Cloud Path boardwalk across the main scenic areas.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**How to visit and return**: Standard play on all three Cangshan cableways is **same-way round-trip** (descend on the same line you ascended). The mid-mountain Jade Belt Path does connect about 12 km, but the hike is too long and the tickets don’t pencil out—don’t plan cross-cableway itineraries.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**Three cableways north→south, one-way times**: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**Zhonghe cableway (north)**: ~25–30 min one way. Open two-person chairlift (exposed, no cabin)—slow, and a safety concern for kids.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**Ximatan big cableway (middle)**: ~35–40 min one way total. 5,600 m in two segments (lower to mid station 15 min → upper to summit 20 min); high altitude, windy, many steep stairs; altitude sickness is easy at the top.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**Gantong cableway (south, recommended)**: ~10–15 min one way. Enclosed gondola to Qingbi Creek at 2,600 m; flat wooden boardwalk after the exit—safe, easy, little altitude risk; best for the whole family.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POI Shortlist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Ancient town &amp; near suburbs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Dali Ancient Town (center / 0km / 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Chongsheng Temple Three Pagodas (north / 1.5km / 5min)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Cangshan Geological Park (west / 5.9km / 24min)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Wuwei Temple (north / 8.2km / 20min)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Erhai Ecological Corridor south section (Longkan Pier) (east / 4.8km / 12min)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Erhai Ecological Corridor middle section (Panxi S-bend) (northeast / 12.5km / 24min)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Demi-Gods and Semi-Devils Film City (west / 7.8km / 18min)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Gantong Temple (southwest / 6.5km / 16min)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Jizhao Nunnery (southwest / 6.8km / 17min)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Puxian Temple (center / 0.8km / 3min)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Zhangjia Garden (south / 4.3km / 11min)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Xiaguan urban area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Erhai Park (southeast / 19.3km / 51min)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Xingsheng Bridge (southeast / 14.9km / 40min)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Dali Bai Autonomous Prefecture Museum (southeast / 15.2km / 42min)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General’s Cave (south / 15.9km / 41min)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North Erhai shore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Xizhou Ancient Town (north / 18.5km / 35min)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Haitongue Park (north / 21.2km / 40min)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Erhai Ecological Corridor north section (Gusheng Village) (north / 16.2km / 30min)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Butterfly Spring (north / 24.7km / 45min)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Shuanglang Ancient Town (incl. Nanzhao Folklore Island) (northeast / 35.6km / 55min)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