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敦煌沙漠亲子游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https://travel.victor42.work/trip/dunhuang-desert/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时间：9月xx日-9月xx日（5天4晚）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交通: 跨市通勤，去程直飞，返程转机。市内通勤，西线租车1天，其余地方打车。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博汇文华酒店，靠近敦煌夜市商圈。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萧山机场(13:40) - 敦煌机场(17:50)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酒店免费接机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傍晚到达，不安排游玩。当晚要买点吃的，当作第二天中饭，西线没什么吃的。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景点：西千佛洞(0.5小时) - 雅丹地质公园(3.5小时)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西千佛洞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雅丹地质公园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西线，实际游玩时间不多，看似充裕，但路上时间非常长，雅丹到酒店单程就2.5小时。9:30前在酒店吃完早饭，等租车公司送车上门。如果出发晚于10:30，就跳过西千佛洞。雅丹地质公园游玩分2段，普通大巴车看常规景点，我们可以加钱体验越野车深度游，深入荒漠，可以看到很多小众景点。雅丹地质公园日落非常晚，带着娃不能指望看日落了。17:30前离开景区，20:30前赶回酒店，等待租车公司上门取车，如果提早到可以联系看是否能提前来。酒店附近用餐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景点：鸣沙山(8小时)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鸣沙山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全天在鸣沙山玩，打车往返，时间自由安排。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景点：鸣沙山(8小时)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鸣沙山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全天在鸣沙山玩，打车往返，时间自由安排。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敦煌机场(13:30) - 萧山机场(18:55)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行李提前寄送到机场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不安排游玩，逛逛街或商场，早点吃饭，直接返程。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夜晚温度可能低至十几度，白天温度接近30度。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景点都非常晒，做好防晒。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西线唯一可以吃饭的地方就是阳关景区门口。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玉门关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阳关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白马塔（近敦煌博物馆）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pStyle w:val="ListBullet"/>
        <w:spacing w:after="60"/>
        <w:ind w:left="340"/>
      </w:pPr>
      <w:hyperlink r:id="rId10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https://www.xiaohongshu.com/explore/680252bf000000001200f408?xsec_token=ABLmZPHJqI26U-yZ79nxo1K7Shph-pM2gMB4zs_kZ0xSg=&amp;xsec_source=pc_search&amp;source=web_search_result_notes</w:t>
        </w:r>
      </w:hyperlink>
    </w:p>
    <w:p>
      <w:pPr>
        <w:pStyle w:val="ListBullet"/>
        <w:spacing w:after="60"/>
        <w:ind w:left="340"/>
      </w:pPr>
      <w:hyperlink r:id="rId11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https://www.xiaohongshu.com/explore/665e5b02000000000f00fcac?xsec_token=ABrkbdhNUyHGytW6uRQyznNFhnMCSkCco4oDs1TOmUJq8=&amp;xsec_source=pc_search&amp;source=web_search_result_notes</w:t>
        </w:r>
      </w:hyperlink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Relationship Id="rId10" Type="http://schemas.openxmlformats.org/officeDocument/2006/relationships/hyperlink" Target="https://www.xiaohongshu.com/explore/680252bf000000001200f408?xsec_token=ABLmZPHJqI26U-yZ79nxo1K7Shph-pM2gMB4zs_kZ0xSg=&amp;xsec_source=pc_search&amp;source=web_search_result_notes" TargetMode="External"/><Relationship Id="rId11" Type="http://schemas.openxmlformats.org/officeDocument/2006/relationships/hyperlink" Target="https://www.xiaohongshu.com/explore/665e5b02000000000f00fcac?xsec_token=ABrkbdhNUyHGytW6uRQyznNFhnMCSkCco4oDs1TOmUJq8=&amp;xsec_source=pc_search&amp;source=web_search_result_no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