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20" w:lineRule="auto" w:line="300"/>
      </w:pPr>
      <w:r>
        <w:rPr>
          <w:rFonts w:ascii="Helvetica Neue" w:hAnsi="Helvetica Neue" w:eastAsia="PingFang SC"/>
          <w:b/>
          <w:sz w:val="40"/>
        </w:rPr>
        <w:t>温州楠溪江山水漫游</w:t>
      </w:r>
    </w:p>
    <w:p>
      <w:pPr>
        <w:spacing w:after="280" w:lineRule="auto" w:line="300"/>
      </w:pPr>
      <w:r>
        <w:rPr>
          <w:rFonts w:ascii="Helvetica Neue" w:hAnsi="Helvetica Neue" w:eastAsia="PingFang SC"/>
          <w:b w:val="0"/>
          <w:color w:val="555555"/>
          <w:sz w:val="18"/>
        </w:rPr>
        <w:t>https://travel.victor42.work/trip/nanxi-yongjia/</w:t>
      </w:r>
    </w:p>
    <w:p>
      <w:pPr>
        <w:pStyle w:val="Heading2"/>
        <w:spacing w:after="160" w:lineRule="auto" w:line="300"/>
      </w:pPr>
      <w:r>
        <w:rPr>
          <w:rFonts w:ascii="Helvetica Neue" w:hAnsi="Helvetica Neue" w:eastAsia="PingFang SC"/>
          <w:b/>
          <w:sz w:val="28"/>
        </w:rPr>
        <w:t>行程</w:t>
      </w:r>
    </w:p>
    <w:p>
      <w:pPr>
        <w:spacing w:after="160" w:lineRule="auto" w:line="300"/>
      </w:pPr>
      <w:r>
        <w:rPr>
          <w:rFonts w:ascii="Helvetica Neue" w:hAnsi="Helvetica Neue" w:eastAsia="PingFang SC"/>
          <w:b/>
          <w:sz w:val="24"/>
        </w:rPr>
        <w:t>时间：9月xx日-9月xx日（3天3晚）</w:t>
      </w:r>
    </w:p>
    <w:p>
      <w:pPr>
        <w:spacing w:after="80" w:lineRule="auto" w:line="300"/>
      </w:pPr>
      <w:r>
        <w:rPr>
          <w:rFonts w:ascii="Helvetica Neue" w:hAnsi="Helvetica Neue" w:eastAsia="PingFang SC"/>
          <w:b w:val="0"/>
          <w:sz w:val="22"/>
        </w:rPr>
        <w:t>跨市交通: 高铁往返。去程 杭州西18:13→楠溪江19:37 / 回程 楠溪江17:33→杭州西19:11。</w:t>
      </w:r>
    </w:p>
    <w:p>
      <w:pPr>
        <w:spacing w:after="80" w:lineRule="auto" w:line="300"/>
      </w:pPr>
      <w:r>
        <w:rPr>
          <w:rFonts w:ascii="Helvetica Neue" w:hAnsi="Helvetica Neue" w:eastAsia="PingFang SC"/>
          <w:b w:val="0"/>
          <w:sz w:val="22"/>
        </w:rPr>
        <w:t>市内交通: 打车+步行。</w:t>
      </w:r>
    </w:p>
    <w:p>
      <w:pPr>
        <w:spacing w:after="80" w:lineRule="auto" w:line="300"/>
      </w:pPr>
      <w:r>
        <w:rPr>
          <w:rFonts w:ascii="Helvetica Neue" w:hAnsi="Helvetica Neue" w:eastAsia="PingFang SC"/>
          <w:b w:val="0"/>
          <w:sz w:val="22"/>
        </w:rPr>
        <w:t>住宿: 永嘉岩头镇附近民宿。</w:t>
      </w:r>
    </w:p>
    <w:p/>
    <w:p>
      <w:pPr>
        <w:pStyle w:val="Heading3"/>
        <w:spacing w:after="80" w:lineRule="auto" w:line="300"/>
      </w:pPr>
      <w:r>
        <w:rPr>
          <w:rFonts w:ascii="Helvetica Neue" w:hAnsi="Helvetica Neue" w:eastAsia="PingFang SC"/>
          <w:b/>
          <w:sz w:val="24"/>
        </w:rPr>
        <w:t>D0（9月xx日）出发</w:t>
      </w:r>
    </w:p>
    <w:p>
      <w:pPr>
        <w:spacing w:after="80" w:lineRule="auto" w:line="300"/>
      </w:pPr>
      <w:r>
        <w:rPr>
          <w:rFonts w:ascii="Helvetica Neue" w:hAnsi="Helvetica Neue" w:eastAsia="PingFang SC"/>
          <w:b w:val="0"/>
          <w:color w:val="555555"/>
          <w:sz w:val="20"/>
        </w:rPr>
        <w:t>杭州西(18:13) - 楠溪江站(19:37)</w:t>
      </w:r>
    </w:p>
    <w:p>
      <w:pPr>
        <w:spacing w:after="120" w:lineRule="auto" w:line="300"/>
      </w:pPr>
      <w:r>
        <w:rPr>
          <w:rFonts w:ascii="Helvetica Neue" w:hAnsi="Helvetica Neue" w:eastAsia="PingFang SC"/>
          <w:b w:val="0"/>
          <w:sz w:val="21"/>
        </w:rPr>
        <w:t>晚上抵达，不安排游玩。</w:t>
      </w:r>
    </w:p>
    <w:p>
      <w:pPr>
        <w:pStyle w:val="Heading3"/>
        <w:spacing w:after="80" w:lineRule="auto" w:line="300"/>
      </w:pPr>
      <w:r>
        <w:rPr>
          <w:rFonts w:ascii="Helvetica Neue" w:hAnsi="Helvetica Neue" w:eastAsia="PingFang SC"/>
          <w:b/>
          <w:sz w:val="24"/>
        </w:rPr>
        <w:t>D1（9月xx日）</w:t>
      </w:r>
    </w:p>
    <w:p>
      <w:pPr>
        <w:spacing w:after="80" w:lineRule="auto" w:line="300"/>
      </w:pPr>
      <w:r>
        <w:rPr>
          <w:rFonts w:ascii="Helvetica Neue" w:hAnsi="Helvetica Neue" w:eastAsia="PingFang SC"/>
          <w:b/>
          <w:sz w:val="21"/>
        </w:rPr>
        <w:t>景点：石桅岩(5小时) - 丽水街(1小时)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石桅岩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丽水街</w:t>
      </w:r>
    </w:p>
    <w:p>
      <w:pPr>
        <w:spacing w:after="120" w:lineRule="auto" w:line="300"/>
      </w:pPr>
      <w:r>
        <w:rPr>
          <w:rFonts w:ascii="Helvetica Neue" w:hAnsi="Helvetica Neue" w:eastAsia="PingFang SC"/>
          <w:b w:val="0"/>
          <w:sz w:val="21"/>
        </w:rPr>
        <w:t>打车到石桅岩，午饭就近农家；傍晚打车或公交回酒店附近，可以逛逛丽水街。</w:t>
      </w:r>
    </w:p>
    <w:p>
      <w:pPr>
        <w:pStyle w:val="Heading3"/>
        <w:spacing w:after="80" w:lineRule="auto" w:line="300"/>
      </w:pPr>
      <w:r>
        <w:rPr>
          <w:rFonts w:ascii="Helvetica Neue" w:hAnsi="Helvetica Neue" w:eastAsia="PingFang SC"/>
          <w:b/>
          <w:sz w:val="24"/>
        </w:rPr>
        <w:t>D2（9月xx日）</w:t>
      </w:r>
    </w:p>
    <w:p>
      <w:pPr>
        <w:spacing w:after="80" w:lineRule="auto" w:line="300"/>
      </w:pPr>
      <w:r>
        <w:rPr>
          <w:rFonts w:ascii="Helvetica Neue" w:hAnsi="Helvetica Neue" w:eastAsia="PingFang SC"/>
          <w:b/>
          <w:sz w:val="21"/>
        </w:rPr>
        <w:t>景点：百丈瀑(1.5小时) - 永嘉书院(4小时)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百丈瀑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永嘉书院</w:t>
      </w:r>
    </w:p>
    <w:p>
      <w:pPr>
        <w:spacing w:after="120" w:lineRule="auto" w:line="300"/>
      </w:pPr>
      <w:r>
        <w:rPr>
          <w:rFonts w:ascii="Helvetica Neue" w:hAnsi="Helvetica Neue" w:eastAsia="PingFang SC"/>
          <w:b w:val="0"/>
          <w:sz w:val="21"/>
        </w:rPr>
        <w:t>打车到百丈瀑，附近午餐选择不多，如来得及可以去下一站就餐；再打车去永嘉书院；结束打车回酒店。</w:t>
      </w:r>
    </w:p>
    <w:p>
      <w:pPr>
        <w:pStyle w:val="Heading3"/>
        <w:spacing w:after="80" w:lineRule="auto" w:line="300"/>
      </w:pPr>
      <w:r>
        <w:rPr>
          <w:rFonts w:ascii="Helvetica Neue" w:hAnsi="Helvetica Neue" w:eastAsia="PingFang SC"/>
          <w:b/>
          <w:sz w:val="24"/>
        </w:rPr>
        <w:t>D3（9月xx日）返程</w:t>
      </w:r>
    </w:p>
    <w:p>
      <w:pPr>
        <w:spacing w:after="80" w:lineRule="auto" w:line="300"/>
      </w:pPr>
      <w:r>
        <w:rPr>
          <w:rFonts w:ascii="Helvetica Neue" w:hAnsi="Helvetica Neue" w:eastAsia="PingFang SC"/>
          <w:b w:val="0"/>
          <w:color w:val="555555"/>
          <w:sz w:val="20"/>
        </w:rPr>
        <w:t>楠溪江站(17:33) - 杭州西(19:11)</w:t>
      </w:r>
    </w:p>
    <w:p>
      <w:pPr>
        <w:spacing w:after="80" w:lineRule="auto" w:line="300"/>
      </w:pPr>
      <w:r>
        <w:rPr>
          <w:rFonts w:ascii="Helvetica Neue" w:hAnsi="Helvetica Neue" w:eastAsia="PingFang SC"/>
          <w:b/>
          <w:sz w:val="21"/>
        </w:rPr>
        <w:t>景点：楠溪江竹筏漂流(2小时) - 芙蓉古村(2小时)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楠溪江竹筏漂流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芙蓉古村</w:t>
      </w:r>
    </w:p>
    <w:p>
      <w:pPr>
        <w:spacing w:after="120" w:lineRule="auto" w:line="300"/>
      </w:pPr>
      <w:r>
        <w:rPr>
          <w:rFonts w:ascii="Helvetica Neue" w:hAnsi="Helvetica Neue" w:eastAsia="PingFang SC"/>
          <w:b w:val="0"/>
          <w:sz w:val="21"/>
        </w:rPr>
        <w:t>从二桥乘竹筏至狮子岩，午饭在狮子岩一带解决；打车回芙蓉古村，来不及可跳过；回酒店拿行李，16:00打车出发去火车站。</w:t>
      </w:r>
    </w:p>
    <w:p/>
    <w:p>
      <w:pPr>
        <w:pStyle w:val="Heading2"/>
        <w:spacing w:after="160" w:lineRule="auto" w:line="300"/>
      </w:pPr>
      <w:r>
        <w:rPr>
          <w:rFonts w:ascii="Helvetica Neue" w:hAnsi="Helvetica Neue" w:eastAsia="PingFang SC"/>
          <w:b/>
          <w:sz w:val="28"/>
        </w:rPr>
        <w:t>检查清单</w:t>
      </w:r>
    </w:p>
    <w:p>
      <w:pPr>
        <w:spacing w:after="160" w:lineRule="auto" w:line="300"/>
      </w:pPr>
      <w:r>
        <w:rPr>
          <w:rFonts w:ascii="Helvetica Neue" w:hAnsi="Helvetica Neue" w:eastAsia="PingFang SC"/>
          <w:b w:val="0"/>
          <w:sz w:val="22"/>
        </w:rPr>
        <w:t>行李清单可使用</w:t>
      </w:r>
      <w:hyperlink r:id="rId9">
        <w:r>
          <w:rPr>
            <w:color w:val="2A9D8F"/>
            <w:u w:val="single"/>
            <w:sz w:val="22"/>
            <w:szCs w:val="22"/>
            <w:rFonts w:ascii="Helvetica Neue" w:hAnsi="Helvetica Neue" w:eastAsia="PingFang SC"/>
          </w:rPr>
          <w:t>Excel表格</w:t>
        </w:r>
      </w:hyperlink>
      <w:r>
        <w:rPr>
          <w:rFonts w:ascii="Helvetica Neue" w:hAnsi="Helvetica Neue" w:eastAsia="PingFang SC"/>
          <w:b w:val="0"/>
          <w:sz w:val="22"/>
        </w:rPr>
        <w:t>管理。</w:t>
      </w:r>
    </w:p>
    <w:p/>
    <w:p>
      <w:pPr>
        <w:pStyle w:val="Heading2"/>
        <w:spacing w:after="160" w:lineRule="auto" w:line="300"/>
      </w:pPr>
      <w:r>
        <w:rPr>
          <w:rFonts w:ascii="Helvetica Neue" w:hAnsi="Helvetica Neue" w:eastAsia="PingFang SC"/>
          <w:b/>
          <w:sz w:val="28"/>
        </w:rPr>
        <w:t>小提示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9月底河谷仍偏热、湿度高；竹筏等水上项目注意防晒与救生。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石桅岩回岩头公交不便。主要还靠打车，别太晚离场。如果只剩公交，先到鹤盛再尝试打车或公交，鹤盛到岩头公交班次也不多。</w:t>
      </w:r>
    </w:p>
    <w:p/>
    <w:p>
      <w:pPr>
        <w:pStyle w:val="Heading2"/>
        <w:spacing w:after="160" w:lineRule="auto" w:line="300"/>
      </w:pPr>
      <w:r>
        <w:rPr>
          <w:rFonts w:ascii="Helvetica Neue" w:hAnsi="Helvetica Neue" w:eastAsia="PingFang SC"/>
          <w:b/>
          <w:sz w:val="28"/>
        </w:rPr>
        <w:t>候选景点</w:t>
      </w:r>
    </w:p>
    <w:p>
      <w:pPr>
        <w:spacing w:after="80" w:lineRule="auto" w:line="300"/>
      </w:pPr>
      <w:r>
        <w:rPr>
          <w:rFonts w:ascii="Helvetica Neue" w:hAnsi="Helvetica Neue" w:eastAsia="PingFang SC"/>
          <w:b/>
          <w:sz w:val="22"/>
        </w:rPr>
        <w:t>岩头近处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☑ 丽水街 (永嘉县 / 南 / 0.4km / 2min)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☑ 芙蓉古村 (永嘉县 / 南 / 2.6km / 9min)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苍坡古村 (永嘉县 / 东北 / 3.7km / 10min)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狮子岩 (永嘉县 / 南 / 5.6km / 14min)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枫林古镇 (永嘉县 / 东南 / 6.1km / 13min)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☑ 楠溪江竹筏漂流 (永嘉县 / 南 / 6.2km / 16min)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龙瀑仙洞 (永嘉县 / 西南 / 6.9km / 14min)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青龙湖 (永嘉县 / 东北 / 9.6km / 16min)</w:t>
      </w:r>
    </w:p>
    <w:p>
      <w:pPr>
        <w:spacing w:after="80" w:lineRule="auto" w:line="300"/>
      </w:pPr>
      <w:r>
        <w:rPr>
          <w:rFonts w:ascii="Helvetica Neue" w:hAnsi="Helvetica Neue" w:eastAsia="PingFang SC"/>
          <w:b/>
          <w:sz w:val="22"/>
        </w:rPr>
        <w:t>大若岩方向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埭头古村 (永嘉县 / 西南 / 11.7km / 17min)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崖下库 (永嘉县 / 西南 / 12.9km / 18min)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九漈石门台 (永嘉县 / 西 / 15.5km / 28min)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☑ 永嘉书院 (永嘉县 / 西南 / 17.1km / 28min)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陶公洞 (永嘉县 / 西南 / 18.3km / 24min)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十二峰 (永嘉县 / 西南 / 19.3km / 27min)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☑ 百丈瀑 (永嘉县 / 西 / 20.4km / 26min)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茗岙梯田 (永嘉县 / 西南 / 36.5km / 59min)</w:t>
      </w:r>
    </w:p>
    <w:p>
      <w:pPr>
        <w:spacing w:after="80" w:lineRule="auto" w:line="300"/>
      </w:pPr>
      <w:r>
        <w:rPr>
          <w:rFonts w:ascii="Helvetica Neue" w:hAnsi="Helvetica Neue" w:eastAsia="PingFang SC"/>
          <w:b/>
          <w:sz w:val="22"/>
        </w:rPr>
        <w:t>鹤盛方向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龙湾潭国家森林公园 (永嘉县 / 东 / 20.5km / 27min)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☑ 石桅岩 (永嘉县 / 东 / 25.4km / 41min)</w:t>
      </w:r>
    </w:p>
    <w:p>
      <w:pPr>
        <w:spacing w:after="80" w:lineRule="auto" w:line="300"/>
      </w:pPr>
      <w:r>
        <w:rPr>
          <w:rFonts w:ascii="Helvetica Neue" w:hAnsi="Helvetica Neue" w:eastAsia="PingFang SC"/>
          <w:b/>
          <w:sz w:val="22"/>
        </w:rPr>
        <w:t>南线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花坦古村 (永嘉县 / 东南 / 17.4km / 28min)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太平岩 (永嘉县 / 南 / 21.6km / 32min)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灵运仙境 (永嘉县 / 东南 / 28.6km / 41min)</w:t>
      </w:r>
    </w:p>
    <w:p>
      <w:pPr>
        <w:spacing w:after="80" w:lineRule="auto" w:line="300"/>
      </w:pPr>
      <w:r>
        <w:rPr>
          <w:rFonts w:ascii="Helvetica Neue" w:hAnsi="Helvetica Neue" w:eastAsia="PingFang SC"/>
          <w:b/>
          <w:sz w:val="22"/>
        </w:rPr>
        <w:t>北线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屿北古村 (永嘉县 / 北 / 23.6km / 32min)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四海山 (永嘉县 / 北 / 33.2km / 50min)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林坑古村 (永嘉县 / 北 / 35.8km / 45min)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暨家寨 (永嘉县 / 西北 / 46.4km / 1h7min)</w:t>
      </w:r>
    </w:p>
    <w:p/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y.feishu.cn/wiki/R7EAwcYX1ikNlukteCdcVhdinhb?from=from_copyli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