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苏州周末踏春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https://travel.victor42.work/trip/suzhou/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时间：4月xx日-4月xx日（4天3晚）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火车。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打车+地铁。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住宿: 悠闲居酒店，到山塘街地铁站300m，靠近山塘街和桃花坞历史文化片区。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D1（4月xx日）出发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杭州西(20:16) - 苏州南(21:19)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预约接站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不安排游玩，入住酒店。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D2（4月xx日）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景点：拙政园(3小时) - 狮子林(2小时) - 平江路(3小时)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拙政园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狮子林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10点左右从酒店出发，打车约20分钟到拙政园，然后步行约10分钟去狮子林。午餐大概率在拙政园和狮子林一带解决。之后步行约15-20分钟转入平江路，晚餐安排在平江路，可顺带坐船、听评弹，再回酒店。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D3（4月xx日）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景点：重元寺(5小时)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重元寺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10点左右从酒店出发，打车到重元寺，就地午餐游玩。晚餐后打车去山塘街附近，登老阊门城墙，最后步行约20分钟回酒店。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D4（4月xx日）返程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苏州(18:31) - 杭州西(20:36)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景点：留园(3小时) - 山塘街(1.5小时)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留园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早上退房并将行李寄存在酒店，10点左右出发，打车或步行到留园，非常近。午餐可在留园周边或酒店附近解决，餐后还有时间去山塘街。16:30前回到酒店，取完行李出发，乘地铁去苏州站，返程。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支付宝准备好“苏州地铁电子乘车码”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苏州地铁儿童1.3m以下免票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园林景点，1.4米/6周岁以下免费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参考原点：苏州市政府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古典园林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拙政园 (东北 / 8.2km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留园 (北 / 2.5km / 8min)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狮子林 (东北 / 7.1km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网师园 (东 / 5.3km / 13min)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沧浪亭 (东 / 4.7km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虎丘 (北 / 8.5km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耦园 (东 / 7.3km / 22min)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艺圃 (东北 / 3.8km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环秀山庄 (东北 / 3.5km / 11min)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博物馆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苏州博物馆(本馆) (东北 / 7.7km / 22min)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苏州博物馆西馆 (西 / 4.5km / 12min)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历史街区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平江路 (东 / 6.7km / 17min)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山塘街 (东北 / 3.8km / 10min)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寺庙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寒山寺 (西北 / 2.9km / 10min)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西园戒幢律寺 (北 / 3.7km / 13min)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博物馆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苏州御窑金砖博物馆 (北 / 9.8km / 20min)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苏州吴文化博物馆 (东南 / 11.5km / 21min)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古镇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木渎古镇 (西南 / 13.3km / 20min)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自然/生态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穹窿山 (西 / 21.6km / 33min)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荷塘月色湿地公园 (北 / 16.3km / 25min)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现代/湖景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金鸡湖景区 (东 / 20.1km / 51min)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古镇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同里古镇 (东南 / 28.6km / 34min)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甪直古镇 (东 / 31.2km / 46min)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周庄古镇 (东南 / 44.4km / 54min)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寺庙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重元寺 (东北 / 29.4km / 37min)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贴链接/图片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