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 w:lineRule="auto" w:line="300"/>
      </w:pPr>
      <w:r>
        <w:rPr>
          <w:rFonts w:ascii="Helvetica Neue" w:hAnsi="Helvetica Neue" w:eastAsia="PingFang SC"/>
          <w:b/>
          <w:sz w:val="40"/>
        </w:rPr>
        <w:t>Xi'an Early-Summer Leisure Trip</w:t>
      </w:r>
    </w:p>
    <w:p>
      <w:pPr>
        <w:spacing w:after="280" w:lineRule="auto" w:line="300"/>
      </w:pPr>
      <w:r>
        <w:rPr>
          <w:rFonts w:ascii="Helvetica Neue" w:hAnsi="Helvetica Neue" w:eastAsia="PingFang SC"/>
          <w:b w:val="0"/>
          <w:color w:val="555555"/>
          <w:sz w:val="18"/>
        </w:rPr>
        <w:t>https://travel.victor42.work/trip/xi-an/</w:t>
      </w:r>
    </w:p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Itinerary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Local transport: Metro + taxi.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Accommodation: Near Wulukou Metro Station</w:t>
      </w:r>
    </w:p>
    <w:p/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D1(May xx) Departure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Seat selection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Check-in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Xi'an Bell &amp; Drum Towers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Hangzhou Xiaoshan (10:45) – Xi'an Xianyang (13:25)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**Sights:** Xi'an Bell Tower (1 hr) – Xi'an Drum Tower (1 hr) – Muslim Quarter (2 hr)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After arrival, check in at the hotel and rest. In the afternoon, explore the Bell &amp; Drum Tower area and Muslim Quarter; dinner in the Muslim Quarter.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D2(May xx)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Emperor Qinshihuang's Mausoleum Site Museum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Huaqing Palace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**Sights:** Emperor Qinshihuang's Mausoleum Site Museum (4 hr) – Huaqing Palace (2 hr) – Yongxing Fang (1 hr)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Full day on the Lintong east line: morning trip to the Terracotta Warriors, prioritizing a guided tour and core galleries, then Huaqing Palace for Tang imperial bath sites and Xi'an Incident areas. Skip *Song of Everlasting Sorrow*; return to the city for dinner and strolling at Yongxing Fang in the evening.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D3(May xx)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Hanfu costume &amp; makeup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Tang Paradise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**Sights:** Tang Paradise (5 hr)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Costume-and-photo day at Tang Paradise. Keep the morning light with no rigid schedule—allow time for changing, makeup, and transit. Enter in the afternoon for a slow stroll and photos; wait for lights and night views; pace your departure around the costume return deadline.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D4(May xx)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Xi'an Museum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Giant Wild Goose Pagoda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**Sights:** Xi'an Museum (3 hr) – Giant Wild Goose Pagoda (2 hr) – Grand Tang Mall (2 hr)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Morning at Xi'an Museum and Small Wild Goose Pagoda; afternoon at the Giant Wild Goose Pagoda area; Grand Tang Mall night views after dinner. Buffer for rest and meals in between.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D5(May xx)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Xi'an City Wall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Great Mosque of Xi'an (Huajue Lane)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**Sights:** Xi'an City Wall (3 hr) – Guangren Temple (1 hr) – Great Mosque of Xi'an (1 hr)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Old-city core day with the wall as the main sight: enter at South Gate / Yongning Gate, rent bikes, ride west to the northwest corner or near Yuxiang Gate and descend to Guangren Temple; if bikes can't be returned at the northwest corner, descend at West Gate / Anding Gate and walk to Guangren Temple. On Saturday avoid climbing the wall too late; if suitable bikes aren't available, walk a section or use the wall sightseeing bus. The Great Mosque is optional if you have energy left.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D6(May xx) Return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Seat selection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Check-in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Daming Palace National Heritage Park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Xi'an Xianyang (17:15) – Hangzhou Xiaoshan (19:40)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**Sights:** Daming Palace National Heritage Park (2 hr)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You won't see all of Daming Palace on departure day; focus on Danfeng Gate, Imperial Road Plaza, and the Hanyuan Hall core zone. Allow time to collect luggage at the hotel and ample airport transit in the afternoon.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Checklist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 xml:space="preserve">Manage your packing list with this </w:t>
      </w:r>
      <w:hyperlink r:id="rId9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Excel spreadsheet</w:t>
        </w:r>
      </w:hyperlink>
      <w:r>
        <w:rPr>
          <w:rFonts w:ascii="Helvetica Neue" w:hAnsi="Helvetica Neue" w:eastAsia="PingFang SC"/>
          <w:b w:val="0"/>
          <w:sz w:val="22"/>
        </w:rPr>
        <w:t>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Tips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In mid-to-late May, Xi'an days are typically 25–30°C and nights about 14–18°C, with moderate rain (roughly 8–10 rainy days per month); bring sun protection, a light jacket, and compact rain gear.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Weekend crowds concentrate on the city wall, Qujiang, and night-tour areas—on D5, avoid climbing the wall too late.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Don't visit Tang Paradise only in daylight; the night views are the core experience. On costume day, work backward from the costume return time to plan your departure.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POI Shortlist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Inside the City Wall (8)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Xi'an Bell Tower (reference point / 0 km / 0 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Xi'an Drum Tower (Lianhu District / W / 0.6 km / 2 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Muslim Quarter (Lianhu District / W / 1.4 km / 8 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Great Mosque of Xi'an (Huajue Lane) (Lianhu District / NW / 1.5 km / 6 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Stele Forest Museum (Beilin District / S / 1.9 km / 9 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Xi'an City Wall (Lianhu District / S / 2.0 km / 8 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Yongxing Fang (Xincheng District / E / 2.9 km / 10 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Guangren Temple (Lianhu District / NW / 3.8 km / 16 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Inside the Ring Expressway (11)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Xi'an Museum (Beilin District / SW / 3.8 km / 16 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Shaanxi History Museum (Yanta District / S / 5.2 km / 19 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Daxingshan Temple (Yanta District / S / 5.4 km / 20 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Daming Palace National Heritage Park (Xincheng District / N / 6.9 km / 23 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Grand Tang Mall (Yanta District / S / 6.9 km / 24 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Qinglong Temple (Yanta District / SE / 7.1 km / 21 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Giant Wild Goose Pagoda (Yanta District / S / 7.1 km / 25 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Chang'an Twelve Hours Theme Block (Yanta District / S / 7.5 km / 24 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Qujiang Ocean &amp; Polar Park (Yanta District / SE / 7.6 km / 23 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Tang Paradise (Yanta District / SE / 9.7 km / 28 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Xi'an Banpo Museum (Baqiao District / E / 11.2 km / 30 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Outside Ring Expressway · North (1)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Han Yangling Mausoleum Museum (Weicheng District / N / 29.3 km / 46 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Outside Ring Expressway · East (3)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*Song of Everlasting Sorrow* (Lintong District / NE / 32.3 km / 51 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Huaqing Palace (Lintong District / NE / 36.1 km / 1 hr 1 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Emperor Qinshihuang's Mausoleum Site Museum (Lintong District / NE / 41.4 km / 54 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Outside Ring Expressway · South (5)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Xingjiao Temple (Chang'an District / S / 28.3 km / 45 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Guanyin Ancient Temple (Chang'an District / SW / 33.3 km / 1 hr 15 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Qinling Wildlife Park (Chang'an District / S / 33.5 km / 1 hr 19 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Zhongnan Mountain South Wutai (Chang'an District / S / 40.1 km / 1 hr 18 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Cuihua Mountain (Chang'an District / S / 41.0 km / 1 hr 7 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Outside Ring Expressway · West (1)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Shijingli Town (Chang'an District / W / 25.0 km / 44 min)</w:t>
      </w:r>
    </w:p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y.feishu.cn/wiki/R7EAwcYX1ikNlukteCdcVhdinhb?from=from_copy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