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西双版纳春季亲子游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https://travel.victor42.work/trip/xishuangbanna/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时间：3月xx日-3月xx日（6天5晚）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飞机往返（去：长龙 GJ8263 14:35-18:35；回：奥凯 BK2951 15:30-20:10）。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市区打车；市郊租车/包车。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景洪恩季酒店，马路斜对面就是爱琴海购物中心，靠近老城区市中心，到市内各景点打车10分钟左右，到机场打车20分钟。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D1（3月xx日）出发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杭州萧山(14:35) - 景洪嘎洒(18:35)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机场打车到酒店入住，酒店附近自由活动。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D2（3月xx日）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景点：原始森林公园(4小时) - 告庄西双景(2小时)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原始森林公园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打车到原始森林公园，景区内或周边用餐。出来后优先打车前往告庄，参观大金塔，逛星光夜市。如果打车困难，坐公交30分钟也可到达。在告庄晚餐后打车回酒店。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D3（3月xx日）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景点：曼丢古寨(1.5小时) - 般若寺(0.5小时) - 曼听公园(2小时) - 总佛寺(1小时)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包车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曼听公园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打车去曼丢古寨，散步体验原生态氛围，在古寨里午餐。打车去般若寺参观打卡，如时间紧张可略过。再打车到曼听公园，游玩后凭门票可以连着参观总佛寺。结束后在附近或回酒店周边晚餐，酒店不远，1公里左右，可以步行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D4（3月xx日）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景点：野象谷(全天)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包车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野象谷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雨林牧象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包车到野象谷，在景区内午餐，游玩一整天。野象谷内有象餐体验，在大象附近用餐，以大象的食物为主，可能需要预定。结束后乘车回酒店附近晚餐。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雨林牧象11:20要到大象科普园签到处。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南门可能不能停车，所以最好再早一个小时到景区。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雨林牧象和景区门票是分开的，都要取票。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如果下过雨，要在景区买雨鞋。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D5（3月xx日）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景点：热带花卉园(3小时) - 澜沧江滨江步道(2小时)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热带花卉园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酒店附近吃个早午餐，打车到热带花卉园。出来后打车去澜沧江滨江步道，白象沙滩玩沙，在周边晚餐。打车回酒店。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D6（3月xx日）返程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景洪嘎洒(15:30) - 杭州萧山(20:10)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景点：景洪市政府周边Citywalk(2小时)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退房后去附近的景洪市政府周边Citywalk，14:00前打车回酒店拿行李，打车去机场。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西双版纳一年有4个游客高峰：春节、泼水节、暑假、国庆，在春节到泼水节之间是一个明显的低谷。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西双版纳当地时间比北京时间晚约1小时。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3月底当地气温20-35度，夏装+防晒衣足够。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3月底蚊虫刚开始出没，市内蚊虫数量很少。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景洪市区-北岸（告庄区）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告庄西双景（星光夜市、大金塔、六角亭、旅拍）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原始森林公园（距告庄8km，孔雀放飞、雨林飞越）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景洪市区-南岸（老城区）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曼听公园（傣王御花园，推荐喂孔雀）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总佛寺（与曼听公园相连，建筑极精美）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澜沧江滨江步道（白象沙滩，本地休闲散步）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景洪市政府周边Citywalk（观礼巷、孔雀湖、景洪农贸市场）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热带花卉园（中科院热带植物园平替、橡胶树割胶演示）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南药园（药用植物园）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勐泐大佛寺（大型傣家寺庙）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般若寺（纯白佛塔，市区边缘，打卡出片）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曼丢古寨（原生态傣族古寨）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景洪市郊（车程40-60min，建议租车/包车）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野象谷（北线，看亚洲象、研学、雨林栈道，1整天）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基诺山寨（北线，基诺族文化体验，1整天）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基诺山雨林徒步（北线，热带雨林深度户外体验，1整天）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傣族园（东南线，橄榄坝，泼水文化体验，1整天）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其他县域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中科院热带植物园（勐腊县，距景洪75km）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望天树景区（勐腊县，距景洪150km）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勐远仙境（勐腊县，溶洞探险）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勐巴拉度假区（勐海县，距景洪50km）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可以把链接全部导入NotebookLM或腾讯Ima，通过AI问答了解信息。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综合攻略</w:t>
        <w:br/>
        <w:t>https://www.xiaohongshu.com/explore/6970d36c0000000021033c94?xsec_token=ABOWeMJYItyh72jdoapem43YJ6zj9_JZRGKftWUDeMykk=&amp;xsec_source=</w:t>
        <w:br/>
        <w:t>https://www.xiaohongshu.com/explore/6927a8d4000000001e02b4c4?xsec_token=ABuj70yIL6loMVJPH0IYKf2NWAcWlCVLXiRsBfVZWAeRo=&amp;xsec_source=</w:t>
        <w:br/>
        <w:t>https://www.xiaohongshu.com/explore/68df91f700000000030105e2?xsec_token=AB9LIJ9uPB6zoGRNZXTGrbjv7nZ0G4jEbepOxHv4arH5Y=&amp;xsec_source=</w:t>
        <w:br/>
        <w:t>https://www.xiaohongshu.com/explore/6936a6a7000000001e03b73f?xsec_token=ABroVh-cJaF2C_iS2iX_e26KXhX5ZcWPRyI_iBdjMP_O8=&amp;xsec_source=</w:t>
        <w:br/>
        <w:t>https://www.xiaohongshu.com/explore/6912a4ac00000000040162e2?xsec_token=ABdEgbxmiCW9hRjCdkXK_iTv0y_QghsCVYqEXQPSf6gOQ=&amp;xsec_source=</w:t>
        <w:br/>
        <w:t>https://www.xiaohongshu.com/explore/68bce10f000000001d0057b9?xsec_token=ABwyPh1TKm1qJliQftHRodjfj2eABaV4liu-_UeXXbAAE=&amp;xsec_source=</w:t>
        <w:br/>
        <w:t>https://www.xiaohongshu.com/explore/69148f03000000000d039776?xsec_token=ABehMZdome-o2KQb0JbF7JLofPyQGcoycNO_bj1k7Jm_U=&amp;xsec_source=</w:t>
        <w:br/>
        <w:t>https://www.xiaohongshu.com/explore/69690c1b000000000d00a387?xsec_token=ABK9e1SGOETRS5GHPoVPb1LGQDSxiMCcN7bLv_DFOgcjg=&amp;xsec_source=</w:t>
        <w:br/>
        <w:t>https://www.xiaohongshu.com/explore/68ef6989000000000703403a?xsec_token=ABgr7WJwOhw3q7Cxnb88QeYh8XMwWSBoVzKzxx49RcG2g=&amp;xsec_source=</w:t>
        <w:br/>
        <w:t>https://www.xiaohongshu.com/explore/6955338b000000001e01246a?xsec_token=ABMBj9Leu8-3b03xyleN5DfLRAjBRjjHCglH0p-AADWLc=&amp;xsec_source=</w:t>
        <w:br/>
        <w:t>https://www.xiaohongshu.com/explore/695cddb4000000000a03df79?xsec_token=ABe8F-wv9gbvKiuYmy5tSYgNaV8dSqzhJR9Wm2Pf5U-u8=&amp;xsec_source=</w:t>
        <w:br/>
        <w:t>https://www.xiaohongshu.com/explore/681c32ba000000002202946a?xsec_token=ABfBzOBZaRnn5IjtIp7LWUVMprcml9IeJBLok86rOfQ4g=&amp;xsec_source=</w:t>
        <w:br/>
        <w:t>https://www.xiaohongshu.com/explore/6920557a000000000d03458b?xsec_token=ABC5BnmbQQb3M3GNSnTHGXzAgUINeMygI6yOzsS--OuhI=&amp;xsec_source=</w:t>
        <w:br/>
        <w:t>https://www.xiaohongshu.com/explore/6969a7cb0000000022020b69?xsec_token=ABK9e1SGOETRS5GHPoVPb1LPfKPTdyl9ZxxYLiicpZyeI=&amp;xsec_source=</w:t>
        <w:br/>
        <w:t>https://www.xiaohongshu.com/explore/693d2371000000001e030f8f?xsec_token=ABLFIjfYsELTtvcYrhX-zmzGpjac8FNTMbjAwHVy2JAA4=&amp;xsec_source=</w:t>
        <w:br/>
        <w:t>https://www.xiaohongshu.com/explore/69258d52000000001e015ed8?xsec_token=ABxbh6AiizjJVpZy5g1qvHYsy_SS8qwKB_Qqy27MG5iJA=&amp;xsec_source=</w:t>
        <w:br/>
        <w:t>https://www.xiaohongshu.com/explore/6993fd67000000001b01ebb0?xsec_token=ABgite_WBHCf42flGVz9ep6G6iYuTCvlS1PVJ_5dm5FEk=&amp;xsec_source=</w:t>
        <w:br/>
        <w:t>https://www.xiaohongshu.com/explore/696239e4000000000a033b66?xsec_token=ABhSgxY98a2pIIcWdeYsUwmmutfw8o6yuYWwH1pJnWA_I=&amp;xsec_source=</w:t>
        <w:br/>
        <w:t>https://www.xiaohongshu.com/explore/69888762000000000b008589?xsec_token=ABl1CnffhpknNc72EprtLdDZTVipbyxdDtQCCWoT4UQJE=&amp;xsec_source=</w:t>
        <w:br/>
        <w:t>https://www.xiaohongshu.com/explore/69892b60000000000903ac74?xsec_token=ABbtDtEjoDIyeaZEmIsZ4HrsJ3Skk7WGumbNdNtCfplIg=&amp;xsec_source=</w:t>
        <w:br/>
        <w:t>https://www.xiaohongshu.com/explore/6965a6ed000000000b012f9f?xsec_token=ABsECxvc3ohdn9LDvDoNnIDcmYyq3VEaEFRYIbhK0akmQ=&amp;xsec_source=</w:t>
        <w:br/>
        <w:t>https://www.xiaohongshu.com/explore/699523c8000000000d00be13?xsec_token=AB32I2seQ0ltM1ufEy_3eAA-bjsLDtMva1_de8gCyd6Lk=&amp;xsec_source=</w:t>
        <w:br/>
        <w:t>https://www.xiaohongshu.com/explore/67cd31ef0000000007034d17?xsec_token=ABSqZROkhcPlPy_za6gHxNYhHwKUTDAdVwFAcCeHAjlO8=&amp;xsec_source=</w:t>
        <w:br/>
        <w:t>https://www.xiaohongshu.com/explore/698708b8000000000b00bff9?xsec_token=ABbGCuFcEG8EfAM5OhH3J13-Vsfdi5fpnW_-AAtOq4X74=&amp;xsec_source=</w:t>
        <w:br/>
        <w:t>https://www.xiaohongshu.com/explore/68aed954000000001d005370?xsec_token=ABJUMlxS--4dSiD1Q1jB3ucY_H2YFE2oTbsITbrYvPJ1U=&amp;xsec_source=</w:t>
        <w:br/>
        <w:t>https://www.xiaohongshu.com/explore/6881b3fe0000000023006a0b?xsec_token=ABMfrUQ7gHcWZDTbI-ATsVJiLPd-oJelTJVpe_6tM91gU=&amp;xsec_source=</w:t>
        <w:br/>
        <w:t>https://www.xiaohongshu.com/explore/681ee0370000000021019c38?xsec_token=AB4yxbkdcL4y7YwQUp4CZyjQxBagMtwcGs6fpyms8Bolk=&amp;xsec_source=</w:t>
        <w:br/>
        <w:t>https://www.xiaohongshu.com/explore/698277e1000000000a032473?xsec_token=AByHnNNDHCk_3pNS78dahTa1ko5oFRAB0viskyxy5EZ3k=&amp;xsec_source=</w:t>
        <w:br/>
        <w:t>https://www.xiaohongshu.com/explore/68480387000000002100c61a?xsec_token=AB4a71xXHoBQbOSQ5c_D9r8kZ5FkkC4glufMx1Vw8-tCE=&amp;xsec_source=</w:t>
        <w:br/>
        <w:t>https://www.xiaohongshu.com/explore/699de4f3000000002203b747?xsec_token=ABsy9AIZzWpQ05OZhP2fCnOHvsrPzz5RoFdGWIjXUpSNI=&amp;xsec_source=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景洪市景点地理关系</w:t>
        <w:br/>
        <w:t>https://www.xiaohongshu.com/explore/696239e4000000000a033b66?xsec_token=ABhSgxY98a2pIIcWdeYsUwmmutfw8o6yuYWwH1pJnWA_I=&amp;xsec_source=</w:t>
        <w:br/>
        <w:t>https://www.xiaohongshu.com/explore/69690c1b000000000d00a387?xsec_token=ABK9e1SGOETRS5GHPoVPb1LGQDSxiMCcN7bLv_DFOgcjg=&amp;xsec_source=</w:t>
        <w:br/>
        <w:t>https://www.xiaohongshu.com/explore/6927a8d4000000001e02b4c4?xsec_token=ABuj70yIL6loMVJPH0IYKf2NWAcWlCVLXiRsBfVZWAeRo=&amp;xsec_source=</w:t>
        <w:br/>
        <w:t>https://www.xiaohongshu.com/explore/698e8c6a000000001a0292d5?xsec_token=AB4_YRlXZkYvY-njZPe2e-EAjMImQIKjt8i5g4LOBjcu8=&amp;xsec_source=</w:t>
        <w:br/>
        <w:t>https://www.xiaohongshu.com/explore/696a13c4000000000a03e741?xsec_token=AB19KX21Nyi7VAWeft2ForM5n38IUbtZ7urHbNkScxL78=&amp;xsec_source=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景洪市酒店</w:t>
        <w:br/>
        <w:t>https://www.xiaohongshu.com/explore/68254cc700000000120077ea?xsec_token=AB1zStd7kRm7vsNdiyfmXqqVprnv5pT41XNuDaKzIqeks=&amp;xsec_source=</w:t>
        <w:br/>
        <w:t>https://www.xiaohongshu.com/explore/67fe7361000000001d02784c?xsec_token=ABLv_DJNiNGP8Cmm86nj95WUX82fUd-n3mhUxzTFeZUuo=&amp;xsec_source=</w:t>
        <w:br/>
        <w:t>https://www.xiaohongshu.com/explore/6958ae99000000002200a0dc?xsec_token=ABtitVD5bSH_KoEeiNruxeMHN2MJE-mY9c9wD0NAiMWFc=&amp;xsec_source=</w:t>
        <w:br/>
        <w:t>https://www.xiaohongshu.com/explore/694916f1000000001e01255b?xsec_token=ABkMIvuC9_aVCw4YHG9tQEP8kZZUkrrAkgQn2v7_WjfcM=&amp;xsec_source=</w:t>
        <w:br/>
        <w:t>https://www.xiaohongshu.com/explore/69920513000000000a02c3bd?xsec_token=ABnP11m6OK9mnqMBcYTW9v8AU9vg6jUq0Pi7kbpQWoNbE=&amp;xsec_source=</w:t>
        <w:br/>
        <w:t>https://www.xiaohongshu.com/explore/68b90766000000001c00f79c?xsec_token=ABYZDLWTf8i-HlVQrfB1_ajLm11o2fhv75xL_xLXQ2rcU=&amp;xsec_source=</w:t>
        <w:br/>
        <w:t>https://www.xiaohongshu.com/explore/69982863000000001a022a21?xsec_token=AB2Ljw_Xaa4Up9eXVvxTsWau6A1qfifCX-jf_d0UemXuk=&amp;xsec_source=</w:t>
        <w:br/>
        <w:t>https://www.xiaohongshu.com/explore/693b8e01000000001b025d57?xsec_token=ABYeH5mpj8hlwcwyr8snAhxIWMa4F8B9xD3O6bEOEDd-s=&amp;xsec_source=</w:t>
        <w:br/>
        <w:t>https://www.xiaohongshu.com/explore/693a887c000000001f00addd?xsec_token=ABOW6fklsj1F0IRPKYiattQDu9wGapM_KQvWAILe2Xpr0=&amp;xsec_source=</w:t>
        <w:br/>
        <w:t>https://www.xiaohongshu.com/explore/68e4e6780000000007020ccd?xsec_token=ABECkPdLrENaUUeziKmrnN3kcnWLOcu9B1tt1OOaudwAs=&amp;xsec_source=</w:t>
        <w:br/>
        <w:t>https://www.xiaohongshu.com/explore/68ed3e06000000000302c319?xsec_token=ABjGaKz3ZKGlqKVSZY0IC-NrzAP0QqB93urM9j2N95Sdk=&amp;xsec_source=</w:t>
        <w:br/>
        <w:t>https://www.xiaohongshu.com/explore/69898c43000000000e00ee46?xsec_token=ABbtDtEjoDIyeaZEmIsZ4HrsJ3Skk7WGumbNdNtCfplIg=&amp;xsec_source=</w:t>
        <w:br/>
        <w:t>https://www.xiaohongshu.com/explore/67a192e50000000018005164?xsec_token=ABRJ5q_hy719yJUtLtbPHysFMWZSc_iZAGBlDy5V4f4_I=&amp;xsec_source=</w:t>
        <w:br/>
        <w:t>https://www.xiaohongshu.com/explore/6791ba560000000029027e4b?xsec_token=ABkrho47UzkORjQe5bI01FLI22h7fcXAc6diRPV1kJUlw=&amp;xsec_source=</w:t>
        <w:br/>
        <w:t>https://www.xiaohongshu.com/explore/697303bd000000000a03d763?xsec_token=ABi9VycHiDvG8xs9aPGoleXNZpnnivF88BLbOyDxbIJbc=&amp;xsec_source=</w:t>
        <w:br/>
        <w:t>https://www.xiaohongshu.com/explore/699ef93e000000002603fe88?xsec_token=ABvl3ZJjYH1A-PijTyLomICjF6IMehaE-WcdNUJE8D-rc=&amp;xsec_source=</w:t>
        <w:br/>
        <w:t>https://www.xiaohongshu.com/explore/67619d45000000000b0204e1?xsec_token=ABHn2ZzaAXu1qo5dTRx9gG3lVN7KNPaaKvs0UZwsOnwQo=&amp;xsec_source=</w:t>
        <w:br/>
        <w:t>https://www.xiaohongshu.com/explore/698011bd0000000022008795?xsec_token=ABjTAoN7XrZxyXuAYUGArKxMzDuotdzbZeFOvBU-iyHBY=&amp;xsec_source=</w:t>
        <w:br/>
        <w:t>https://www.xiaohongshu.com/explore/68ac37bf000000001d039b69?xsec_token=ABEByTYfUPNAA1600ODhFryOeZ9U-g85aJUrYYxalwEOg=&amp;xsec_source=</w:t>
        <w:br/>
        <w:t>https://www.xiaohongshu.com/explore/699132cf000000000a02a5d7?xsec_token=ABHpAeAJYS7ftJiwLzRDtzzqCXeTGbGzGuRMspsFWe_zc=&amp;xsec_source=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景洪市美食</w:t>
        <w:br/>
        <w:t>https://www.xiaohongshu.com/explore/691071d6000000000303652d?xsec_token=ABCN9wVxU4GoHaG-JlLHYqv2ov1c1uZPvi2tNZcnUUGX8=&amp;xsec_source=</w:t>
        <w:br/>
        <w:t>https://www.xiaohongshu.com/explore/68d2882c0000000007029d1d?xsec_token=ABEjpvRU7S5ztvA7pDGodMhcg4KfY6nGkYqIR3_6lXLX4=&amp;xsec_source=</w:t>
        <w:br/>
        <w:t>https://www.xiaohongshu.com/explore/69219181000000001e0100a1?xsec_token=ABddXQKCrxEI8Ps6vz0MpNZ0jeViRQ-sUqZIB3h0gVWFA=&amp;xsec_source=</w:t>
        <w:br/>
        <w:t>https://www.xiaohongshu.com/explore/68a74742000000001d0020ff?xsec_token=AB7TIAXhxNVipNFHhWOVaPbsLDXS2FKTQnFIKQHoQiQ_U=&amp;xsec_source=</w:t>
        <w:br/>
        <w:t>https://www.xiaohongshu.com/explore/6943786c000000001f0081e1?xsec_token=ABkobGZ1QQYlkGEVkAS95XTo0Spkeq5x9oj4rGFgl4_CM=&amp;xsec_source=</w:t>
        <w:br/>
        <w:t>https://www.xiaohongshu.com/explore/69396abc000000001e024767?xsec_token=ABpgLUuyIA3iuW4Wy0-MnnkiQlm7uyXGVgcLBXfqpi4Zo=&amp;xsec_source=</w:t>
        <w:br/>
        <w:t>https://www.xiaohongshu.com/explore/691acaa4000000001b021db7?xsec_token=ABNJZg7llNyQUZtSVCZySwFWlXVPXy0hlbq4tYx63GVKo=&amp;xsec_source=pc_search</w:t>
        <w:br/>
        <w:t>https://www.xiaohongshu.com/explore/67efa0c0000000001c00279f?xsec_token=ABE4F87eneDJeD2jxEbnJoJqCTCJTa3i7sswVrbvWEyFk=&amp;xsec_source=pc_search</w:t>
        <w:br/>
        <w:t>https://www.xiaohongshu.com/explore/6931205c000000001f009e5e?xsec_token=ABrcIOtK5itAgJ4vYTTHFWzKDF_ybuF6u09vNwwHov_3E=&amp;xsec_source=pc_search</w:t>
        <w:br/>
        <w:t>https://www.xiaohongshu.com/explore/68c9477e00000000130084c3?xsec_token=ABmt_mwDC3mChqlpSWJ8Gp9D9wV3P8vu1mBsrgQVL4Uaw=&amp;xsec_source=pc_search</w:t>
        <w:br/>
        <w:t>https://www.xiaohongshu.com/explore/68e35a710000000004001636?xsec_token=ABTJOxJuq1XYWCC7rJ00zdULkKUxBHcraB1f_dK9Nst3s=&amp;xsec_source=pc_search</w:t>
        <w:br/>
        <w:t>https://www.xiaohongshu.com/explore/695f88c6000000001a02987f?xsec_token=ABDEBPWFy-IwSXeBmuxlQcC-wjvU4_Btg5FEWN9Coi57Y=&amp;xsec_source=pc_search</w:t>
        <w:br/>
        <w:t>https://www.xiaohongshu.com/explore/684396b2000000002202594e?xsec_token=AB2TJl4I12r_cNg0X4kMvAuoCcTGXiaBET_fHouNSuPoU=&amp;xsec_source=pc_search</w:t>
        <w:br/>
        <w:t>https://www.xiaohongshu.com/explore/6880be130000000022033fc0?xsec_token=ABZZ_437Ju-EKaiMBxQwdrn8v714I3ltVnSku1p1-Vatg=&amp;xsec_source=pc_search</w:t>
        <w:br/>
        <w:t>https://www.xiaohongshu.com/explore/677cadda000000000203cc51?xsec_token=ABV6nqqz7fIpIJ6K_RCS49a--mBwE4ocKG5ITzBtMQsXE=&amp;xsec_source=pc_search</w:t>
        <w:br/>
        <w:t>https://www.xiaohongshu.com/explore/685288d200000000100102c4?xsec_token=AB927s7bIAyMef8kGQX9aoTBxH7CHcLwvjny2No9kTmtI=&amp;xsec_source=pc_search</w:t>
        <w:br/>
        <w:t>https://www.xiaohongshu.com/explore/69106dc50000000007035019?xsec_token=ABCN9wVxU4GoHaG-JlLHYqv-jizCBR6jY2hjRxqIOLGp8=&amp;xsec_source=pc_search</w:t>
        <w:br/>
        <w:t>https://www.xiaohongshu.com/explore/664dcddb000000001500a6ba?xsec_token=ABU3KBYFCH357hDwhcXGZGYY6EWQquLz-BJjpFd2QzeOc=&amp;xsec_source=pc_search</w:t>
        <w:br/>
        <w:t>https://www.xiaohongshu.com/explore/67bc179700000000070370b0?xsec_token=ABRm02j0XikbTzPRNXduIA8U1aS5wUjeBhh3mrpuee5yo=&amp;xsec_source=pc_search</w:t>
        <w:br/>
        <w:t>https://www.xiaohongshu.com/explore/69242c91000000001e002058?xsec_token=ABxJNlM5N4YM5kdfkzqnlmMSxXUbQbZNSgR_I6TpyAqkk=&amp;xsec_source=pc_search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