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120" w:lineRule="auto" w:line="300"/>
      </w:pPr>
      <w:r>
        <w:rPr>
          <w:rFonts w:ascii="Helvetica Neue" w:hAnsi="Helvetica Neue" w:eastAsia="PingFang SC"/>
          <w:b/>
          <w:sz w:val="40"/>
        </w:rPr>
        <w:t>Xishuangbanna Spring Family Trip</w:t>
      </w:r>
    </w:p>
    <w:p>
      <w:pPr>
        <w:spacing w:after="280" w:lineRule="auto" w:line="300"/>
      </w:pPr>
      <w:r>
        <w:rPr>
          <w:rFonts w:ascii="Helvetica Neue" w:hAnsi="Helvetica Neue" w:eastAsia="PingFang SC"/>
          <w:b w:val="0"/>
          <w:color w:val="555555"/>
          <w:sz w:val="18"/>
        </w:rPr>
        <w:t>https://travel.victor42.work/trip/xishuangbanna/</w:t>
      </w:r>
    </w:p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Itinerary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Local transport: Taxis in town; rental car or chartered car for suburban trips.</w:t>
      </w:r>
    </w:p>
    <w:p>
      <w:pPr>
        <w:spacing w:after="80" w:lineRule="auto" w:line="300"/>
      </w:pPr>
      <w:r>
        <w:rPr>
          <w:rFonts w:ascii="Helvetica Neue" w:hAnsi="Helvetica Neue" w:eastAsia="PingFang SC"/>
          <w:b w:val="0"/>
          <w:sz w:val="22"/>
        </w:rPr>
        <w:t>Accommodation: Enji Hotel, Jinghong—across the street from Aegean Shopping Center, near the old-town center. About 10 minutes by taxi to in-town sights and 20 minutes to the airport.</w:t>
      </w:r>
    </w:p>
    <w:p/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D1(Mar xx) Departure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Seat selection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Check-in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Hangzhou Xiaoshan (14:35) – Jinghong Gasa (18:35)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Taxi from the airport to the hotel to check in; free time around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D2(Mar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Xishuangbanna Prime Forest Park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Xishuangbanna Prime Forest Park (4 hr) – Gaozhuang Xishuangjing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Taxi to Prime Forest Park; eat inside the park or nearby. Afterward, taxi to Gaozhuang—visit the Great Golden Pagoda and stroll the Starlight Night Market. If taxis are hard to find, a 30-minute bus ride also works. Dinner in Gaozhuang, then taxi back to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D3(Mar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Chartered car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Manting Park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Mandiu Ancient Village (1.5 hr) – Boruo Temple (0.5 hr) – Manting Park (2 hr) – General Buddhist Temple (1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Taxi to Mandiu Ancient Village for a walk through its authentic atmosphere; lunch in the village. Taxi to Boruo Temple for a photo stop—skip if time is tight. Then taxi to Manting Park; with your ticket you can continue into the General Buddhist Temple. Dinner nearby or around the hotel—the hotel is only about 1 km away, walkable.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D4(Mar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Chartered car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Wild Elephant Valley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Rainforest Elephant Trek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Wild Elephant Valley (full day)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Chartered car to Wild Elephant Valley; lunch inside the park; full day on site. The park offers an "elephant meal" experience—dining near elephants, mostly elephant-friendly food; may require advance booking. Dinner near the hotel afterward.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Arrive at the Elephant Science Park check-in by 11:20 for Rainforest Elephant Trek.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The south gate may not allow parking—aim to arrive at the park an hour earlier.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Rainforest Elephant Trek tickets are separate from park admission; collect both.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If it has rained, buy rain boots inside the park.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D5(Mar xx)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Tropical Flower Garden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Tropical Flower Garden (3 hr) – Lancang River Riverside Walk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Brunch near the hotel, then taxi to Tropical Flower Garden. Afterward, taxi to the Lancang River Riverside Walk—play in the sand at White Elephant Beach; dinner nearby. Taxi back to the hotel.</w:t>
      </w:r>
    </w:p>
    <w:p>
      <w:pPr>
        <w:pStyle w:val="Heading3"/>
        <w:spacing w:after="80" w:lineRule="auto" w:line="300"/>
      </w:pPr>
      <w:r>
        <w:rPr>
          <w:rFonts w:ascii="Helvetica Neue" w:hAnsi="Helvetica Neue" w:eastAsia="PingFang SC"/>
          <w:b/>
          <w:sz w:val="24"/>
        </w:rPr>
        <w:t>D6(Mar xx) Return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Seat selection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Check-in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Jinghong Gasa (15:30) – Hangzhou Xiaoshan (20:10)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**Sights:** Citywalk around Jinghong Municipal Government (2 hr)</w:t>
      </w:r>
    </w:p>
    <w:p>
      <w:pPr>
        <w:spacing w:after="120" w:lineRule="auto" w:line="300"/>
      </w:pPr>
      <w:r>
        <w:rPr>
          <w:rFonts w:ascii="Helvetica Neue" w:hAnsi="Helvetica Neue" w:eastAsia="PingFang SC"/>
          <w:b w:val="0"/>
          <w:sz w:val="21"/>
        </w:rPr>
        <w:t>After checkout, citywalk around the municipal government area. Taxi back to the hotel for luggage by 14:00, then taxi to the airport.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Checklist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 xml:space="preserve">Manage your packing list with this </w:t>
      </w:r>
      <w:hyperlink r:id="rId9">
        <w:r>
          <w:rPr>
            <w:color w:val="2A9D8F"/>
            <w:u w:val="single"/>
            <w:sz w:val="22"/>
            <w:szCs w:val="22"/>
            <w:rFonts w:ascii="Helvetica Neue" w:hAnsi="Helvetica Neue" w:eastAsia="PingFang SC"/>
          </w:rPr>
          <w:t>Excel spreadsheet</w:t>
        </w:r>
      </w:hyperlink>
      <w:r>
        <w:rPr>
          <w:rFonts w:ascii="Helvetica Neue" w:hAnsi="Helvetica Neue" w:eastAsia="PingFang SC"/>
          <w:b w:val="0"/>
          <w:sz w:val="22"/>
        </w:rPr>
        <w:t>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Tips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Xishuangbanna has four peak seasons: Spring Festival, Water Splashing Festival, summer vacation, and National Day. The period between Spring Festival and Water Splashing Festival is a clear low season.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Local time in Xishuangbanna is about one hour behind Beijing time.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Late March temperatures run 20–35°C; summer clothes plus a sun shirt are enough.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Mosquitoes start appearing in late March; in-town mosquito numbers are still low.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POI Shortlist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Jinghong · North bank (Gaozhuang area)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Gaozhuang Xishuangjing (Starlight Night Market, Great Golden Pagoda, Hexagonal Pavilion, travel photography)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Xishuangbanna Prime Forest Park (8 km from Gaozhuang; peacock release, rainforest zip line)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Jinghong · South bank (old town)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Manting Park (Dai royal garden; peacock feeding recommended)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General Buddhist Temple (connected to Manting Park; exceptionally fine architecture)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Lancang River Riverside Walk (White Elephant Beach; local leisure stroll)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Citywalk around Jinghong Municipal Government (Guanli Lane, Peacock Lake, Jinghong Farmers Market)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Tropical Flower Garden (budget alternative to Xishuangbanna Tropical Botanical Garden; rubber-tree tapping demo)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South Medicine Garden (medicinal botanical garden)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Mengle Great Buddha Temple (large Dai Buddhist temple)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Boruo Temple (white pagoda on the town edge; great photo spot)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Mandiu Ancient Village (authentic Dai village)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Jinghong suburbs (40–60 min drive; rental or chartered car recommended)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☑ Wild Elephant Valley (north line; Asian elephants, study programs, rainforest boardwalk; full day)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Jino Mountain Village (north line; Jino culture; full day)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Jino Mountain Rainforest Trek (north line; deep rainforest outdoor experience; full day)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Dai Garden (southeast line; Olive Dam; water-splashing culture; full day)</w:t>
      </w:r>
    </w:p>
    <w:p>
      <w:pPr>
        <w:spacing w:after="80" w:lineRule="auto" w:line="300"/>
      </w:pPr>
      <w:r>
        <w:rPr>
          <w:rFonts w:ascii="Helvetica Neue" w:hAnsi="Helvetica Neue" w:eastAsia="PingFang SC"/>
          <w:b/>
          <w:sz w:val="22"/>
        </w:rPr>
        <w:t>Other counties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Xishuangbanna Tropical Botanical Garden (Mengla County; 75 km from Jinghong)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Wangtianshu Scenic Area (Mengla County; 150 km from Jinghong)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Mengyuan Fairyland (Mengla County; cave exploration)</w:t>
      </w:r>
    </w:p>
    <w:p>
      <w:pPr>
        <w:pStyle w:val="ListBullet"/>
        <w:spacing w:after="60"/>
        <w:ind w:left="340"/>
      </w:pPr>
      <w:r>
        <w:rPr>
          <w:rFonts w:ascii="Helvetica Neue" w:hAnsi="Helvetica Neue" w:eastAsia="PingFang SC"/>
          <w:b w:val="0"/>
          <w:sz w:val="21"/>
        </w:rPr>
        <w:t>☐ Mengbala Resort (Menghai County; 50 km from Jinghong)</w:t>
      </w:r>
    </w:p>
    <w:p/>
    <w:p>
      <w:pPr>
        <w:pStyle w:val="Heading2"/>
        <w:spacing w:after="160" w:lineRule="auto" w:line="300"/>
      </w:pPr>
      <w:r>
        <w:rPr>
          <w:rFonts w:ascii="Helvetica Neue" w:hAnsi="Helvetica Neue" w:eastAsia="PingFang SC"/>
          <w:b/>
          <w:sz w:val="28"/>
        </w:rPr>
        <w:t>References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Import all links into NotebookLM or Tencent Ima for AI Q&amp;A.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General guides</w:t>
        <w:br/>
        <w:t>https://www.xiaohongshu.com/explore/6970d36c0000000021033c94?xsec_token=ABOWeMJYItyh72jdoapem43YJ6zj9_JZRGKftWUDeMykk=&amp;xsec_source=</w:t>
        <w:br/>
        <w:t>https://www.xiaohongshu.com/explore/6927a8d4000000001e02b4c4?xsec_token=ABuj70yIL6loMVJPH0IYKf2NWAcWlCVLXiRsBfVZWAeRo=&amp;xsec_source=</w:t>
        <w:br/>
        <w:t>https://www.xiaohongshu.com/explore/68df91f700000000030105e2?xsec_token=AB9LIJ9uPB6zoGRNZXTGrbjv7nZ0G4jEbepOxHv4arH5Y=&amp;xsec_source=</w:t>
        <w:br/>
        <w:t>https://www.xiaohongshu.com/explore/6936a6a7000000001e03b73f?xsec_token=ABroVh-cJaF2C_iS2iX_e26KXhX5ZcWPRyI_iBdjMP_O8=&amp;xsec_source=</w:t>
        <w:br/>
        <w:t>https://www.xiaohongshu.com/explore/6912a4ac00000000040162e2?xsec_token=ABdEgbxmiCW9hRjCdkXK_iTv0y_QghsCVYqEXQPSf6gOQ=&amp;xsec_source=</w:t>
        <w:br/>
        <w:t>https://www.xiaohongshu.com/explore/68bce10f000000001d0057b9?xsec_token=ABwyPh1TKm1qJliQftHRodjfj2eABaV4liu-_UeXXbAAE=&amp;xsec_source=</w:t>
        <w:br/>
        <w:t>https://www.xiaohongshu.com/explore/69148f03000000000d039776?xsec_token=ABehMZdome-o2KQb0JbF7JLofPyQGcoycNO_bj1k7Jm_U=&amp;xsec_source=</w:t>
        <w:br/>
        <w:t>https://www.xiaohongshu.com/explore/69690c1b000000000d00a387?xsec_token=ABK9e1SGOETRS5GHPoVPb1LGQDSxiMCcN7bLv_DFOgcjg=&amp;xsec_source=</w:t>
        <w:br/>
        <w:t>https://www.xiaohongshu.com/explore/68ef6989000000000703403a?xsec_token=ABgr7WJwOhw3q7Cxnb88QeYh8XMwWSBoVzKzxx49RcG2g=&amp;xsec_source=</w:t>
        <w:br/>
        <w:t>https://www.xiaohongshu.com/explore/6955338b000000001e01246a?xsec_token=ABMBj9Leu8-3b03xyleN5DfLRAjBRjjHCglH0p-AADWLc=&amp;xsec_source=</w:t>
        <w:br/>
        <w:t>https://www.xiaohongshu.com/explore/695cddb4000000000a03df79?xsec_token=ABe8F-wv9gbvKiuYmy5tSYgNaV8dSqzhJR9Wm2Pf5U-u8=&amp;xsec_source=</w:t>
        <w:br/>
        <w:t>https://www.xiaohongshu.com/explore/681c32ba000000002202946a?xsec_token=ABfBzOBZaRnn5IjtIp7LWUVMprcml9IeJBLok86rOfQ4g=&amp;xsec_source=</w:t>
        <w:br/>
        <w:t>https://www.xiaohongshu.com/explore/6920557a000000000d03458b?xsec_token=ABC5BnmbQQb3M3GNSnTHGXzAgUINeMygI6yOzsS--OuhI=&amp;xsec_source=</w:t>
        <w:br/>
        <w:t>https://www.xiaohongshu.com/explore/6969a7cb0000000022020b69?xsec_token=ABK9e1SGOETRS5GHPoVPb1LPfKPTdyl9ZxxYLiicpZyeI=&amp;xsec_source=</w:t>
        <w:br/>
        <w:t>https://www.xiaohongshu.com/explore/693d2371000000001e030f8f?xsec_token=ABLFIjfYsELTtvcYrhX-zmzGpjac8FNTMbjAwHVy2JAA4=&amp;xsec_source=</w:t>
        <w:br/>
        <w:t>https://www.xiaohongshu.com/explore/69258d52000000001e015ed8?xsec_token=ABxbh6AiizjJVpZy5g1qvHYsy_SS8qwKB_Qqy27MG5iJA=&amp;xsec_source=</w:t>
        <w:br/>
        <w:t>https://www.xiaohongshu.com/explore/6993fd67000000001b01ebb0?xsec_token=ABgite_WBHCf42flGVz9ep6G6iYuTCvlS1PVJ_5dm5FEk=&amp;xsec_source=</w:t>
        <w:br/>
        <w:t>https://www.xiaohongshu.com/explore/696239e4000000000a033b66?xsec_token=ABhSgxY98a2pIIcWdeYsUwmmutfw8o6yuYWwH1pJnWA_I=&amp;xsec_source=</w:t>
        <w:br/>
        <w:t>https://www.xiaohongshu.com/explore/69888762000000000b008589?xsec_token=ABl1CnffhpknNc72EprtLdDZTVipbyxdDtQCCWoT4UQJE=&amp;xsec_source=</w:t>
        <w:br/>
        <w:t>https://www.xiaohongshu.com/explore/69892b60000000000903ac74?xsec_token=ABbtDtEjoDIyeaZEmIsZ4HrsJ3Skk7WGumbNdNtCfplIg=&amp;xsec_source=</w:t>
        <w:br/>
        <w:t>https://www.xiaohongshu.com/explore/6965a6ed000000000b012f9f?xsec_token=ABsECxvc3ohdn9LDvDoNnIDcmYyq3VEaEFRYIbhK0akmQ=&amp;xsec_source=</w:t>
        <w:br/>
        <w:t>https://www.xiaohongshu.com/explore/699523c8000000000d00be13?xsec_token=AB32I2seQ0ltM1ufEy_3eAA-bjsLDtMva1_de8gCyd6Lk=&amp;xsec_source=</w:t>
        <w:br/>
        <w:t>https://www.xiaohongshu.com/explore/67cd31ef0000000007034d17?xsec_token=ABSqZROkhcPlPy_za6gHxNYhHwKUTDAdVwFAcCeHAjlO8=&amp;xsec_source=</w:t>
        <w:br/>
        <w:t>https://www.xiaohongshu.com/explore/698708b8000000000b00bff9?xsec_token=ABbGCuFcEG8EfAM5OhH3J13-Vsfdi5fpnW_-AAtOq4X74=&amp;xsec_source=</w:t>
        <w:br/>
        <w:t>https://www.xiaohongshu.com/explore/68aed954000000001d005370?xsec_token=ABJUMlxS--4dSiD1Q1jB3ucY_H2YFE2oTbsITbrYvPJ1U=&amp;xsec_source=</w:t>
        <w:br/>
        <w:t>https://www.xiaohongshu.com/explore/6881b3fe0000000023006a0b?xsec_token=ABMfrUQ7gHcWZDTbI-ATsVJiLPd-oJelTJVpe_6tM91gU=&amp;xsec_source=</w:t>
        <w:br/>
        <w:t>https://www.xiaohongshu.com/explore/681ee0370000000021019c38?xsec_token=AB4yxbkdcL4y7YwQUp4CZyjQxBagMtwcGs6fpyms8Bolk=&amp;xsec_source=</w:t>
        <w:br/>
        <w:t>https://www.xiaohongshu.com/explore/698277e1000000000a032473?xsec_token=AByHnNNDHCk_3pNS78dahTa1ko5oFRAB0viskyxy5EZ3k=&amp;xsec_source=</w:t>
        <w:br/>
        <w:t>https://www.xiaohongshu.com/explore/68480387000000002100c61a?xsec_token=AB4a71xXHoBQbOSQ5c_D9r8kZ5FkkC4glufMx1Vw8-tCE=&amp;xsec_source=</w:t>
        <w:br/>
        <w:t>https://www.xiaohongshu.com/explore/699de4f3000000002203b747?xsec_token=ABsy9AIZzWpQ05OZhP2fCnOHvsrPzz5RoFdGWIjXUpSNI=&amp;xsec_source=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Jinghong sight geography</w:t>
        <w:br/>
        <w:t>https://www.xiaohongshu.com/explore/696239e4000000000a033b66?xsec_token=ABhSgxY98a2pIIcWdeYsUwmmutfw8o6yuYWwH1pJnWA_I=&amp;xsec_source=</w:t>
        <w:br/>
        <w:t>https://www.xiaohongshu.com/explore/69690c1b000000000d00a387?xsec_token=ABK9e1SGOETRS5GHPoVPb1LGQDSxiMCcN7bLv_DFOgcjg=&amp;xsec_source=</w:t>
        <w:br/>
        <w:t>https://www.xiaohongshu.com/explore/6927a8d4000000001e02b4c4?xsec_token=ABuj70yIL6loMVJPH0IYKf2NWAcWlCVLXiRsBfVZWAeRo=&amp;xsec_source=</w:t>
        <w:br/>
        <w:t>https://www.xiaohongshu.com/explore/698e8c6a000000001a0292d5?xsec_token=AB4_YRlXZkYvY-njZPe2e-EAjMImQIKjt8i5g4LOBjcu8=&amp;xsec_source=</w:t>
        <w:br/>
        <w:t>https://www.xiaohongshu.com/explore/696a13c4000000000a03e741?xsec_token=AB19KX21Nyi7VAWeft2ForM5n38IUbtZ7urHbNkScxL78=&amp;xsec_source=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Jinghong hotels</w:t>
        <w:br/>
        <w:t>https://www.xiaohongshu.com/explore/68254cc700000000120077ea?xsec_token=AB1zStd7kRm7vsNdiyfmXqqVprnv5pT41XNuDaKzIqeks=&amp;xsec_source=</w:t>
        <w:br/>
        <w:t>https://www.xiaohongshu.com/explore/67fe7361000000001d02784c?xsec_token=ABLv_DJNiNGP8Cmm86nj95WUX82fUd-n3mhUxzTFeZUuo=&amp;xsec_source=</w:t>
        <w:br/>
        <w:t>https://www.xiaohongshu.com/explore/6958ae99000000002200a0dc?xsec_token=ABtitVD5bSH_KoEeiNruxeMHN2MJE-mY9c9wD0NAiMWFc=&amp;xsec_source=</w:t>
        <w:br/>
        <w:t>https://www.xiaohongshu.com/explore/694916f1000000001e01255b?xsec_token=ABkMIvuC9_aVCw4YHG9tQEP8kZZUkrrAkgQn2v7_WjfcM=&amp;xsec_source=</w:t>
        <w:br/>
        <w:t>https://www.xiaohongshu.com/explore/69920513000000000a02c3bd?xsec_token=ABnP11m6OK9mnqMBcYTW9v8AU9vg6jUq0Pi7kbpQWoNbE=&amp;xsec_source=</w:t>
        <w:br/>
        <w:t>https://www.xiaohongshu.com/explore/68b90766000000001c00f79c?xsec_token=ABYZDLWTf8i-HlVQrfB1_ajLm11o2fhv75xL_xLXQ2rcU=&amp;xsec_source=</w:t>
        <w:br/>
        <w:t>https://www.xiaohongshu.com/explore/69982863000000001a022a21?xsec_token=AB2Ljw_Xaa4Up9eXVvxTsWau6A1qfifCX-jf_d0UemXuk=&amp;xsec_source=</w:t>
        <w:br/>
        <w:t>https://www.xiaohongshu.com/explore/693b8e01000000001b025d57?xsec_token=ABYeH5mpj8hlwcwyr8snAhxIWMa4F8B9xD3O6bEOEDd-s=&amp;xsec_source=</w:t>
        <w:br/>
        <w:t>https://www.xiaohongshu.com/explore/693a887c000000001f00addd?xsec_token=ABOW6fklsj1F0IRPKYiattQDu9wGapM_KQvWAILe2Xpr0=&amp;xsec_source=</w:t>
        <w:br/>
        <w:t>https://www.xiaohongshu.com/explore/68e4e6780000000007020ccd?xsec_token=ABECkPdLrENaUUeziKmrnN3kcnWLOcu9B1tt1OOaudwAs=&amp;xsec_source=</w:t>
        <w:br/>
        <w:t>https://www.xiaohongshu.com/explore/68ed3e06000000000302c319?xsec_token=ABjGaKz3ZKGlqKVSZY0IC-NrzAP0QqB93urM9j2N95Sdk=&amp;xsec_source=</w:t>
        <w:br/>
        <w:t>https://www.xiaohongshu.com/explore/69898c43000000000e00ee46?xsec_token=ABbtDtEjoDIyeaZEmIsZ4HrsJ3Skk7WGumbNdNtCfplIg=&amp;xsec_source=</w:t>
        <w:br/>
        <w:t>https://www.xiaohongshu.com/explore/67a192e50000000018005164?xsec_token=ABRJ5q_hy719yJUtLtbPHysFMWZSc_iZAGBlDy5V4f4_I=&amp;xsec_source=</w:t>
        <w:br/>
        <w:t>https://www.xiaohongshu.com/explore/6791ba560000000029027e4b?xsec_token=ABkrho47UzkORjQe5bI01FLI22h7fcXAc6diRPV1kJUlw=&amp;xsec_source=</w:t>
        <w:br/>
        <w:t>https://www.xiaohongshu.com/explore/697303bd000000000a03d763?xsec_token=ABi9VycHiDvG8xs9aPGoleXNZpnnivF88BLbOyDxbIJbc=&amp;xsec_source=</w:t>
        <w:br/>
        <w:t>https://www.xiaohongshu.com/explore/699ef93e000000002603fe88?xsec_token=ABvl3ZJjYH1A-PijTyLomICjF6IMehaE-WcdNUJE8D-rc=&amp;xsec_source=</w:t>
        <w:br/>
        <w:t>https://www.xiaohongshu.com/explore/67619d45000000000b0204e1?xsec_token=ABHn2ZzaAXu1qo5dTRx9gG3lVN7KNPaaKvs0UZwsOnwQo=&amp;xsec_source=</w:t>
        <w:br/>
        <w:t>https://www.xiaohongshu.com/explore/698011bd0000000022008795?xsec_token=ABjTAoN7XrZxyXuAYUGArKxMzDuotdzbZeFOvBU-iyHBY=&amp;xsec_source=</w:t>
        <w:br/>
        <w:t>https://www.xiaohongshu.com/explore/68ac37bf000000001d039b69?xsec_token=ABEByTYfUPNAA1600ODhFryOeZ9U-g85aJUrYYxalwEOg=&amp;xsec_source=</w:t>
        <w:br/>
        <w:t>https://www.xiaohongshu.com/explore/699132cf000000000a02a5d7?xsec_token=ABHpAeAJYS7ftJiwLzRDtzzqCXeTGbGzGuRMspsFWe_zc=&amp;xsec_source=</w:t>
      </w:r>
    </w:p>
    <w:p>
      <w:pPr>
        <w:spacing w:after="160" w:lineRule="auto" w:line="300"/>
      </w:pPr>
      <w:r>
        <w:rPr>
          <w:rFonts w:ascii="Helvetica Neue" w:hAnsi="Helvetica Neue" w:eastAsia="PingFang SC"/>
          <w:b w:val="0"/>
          <w:sz w:val="22"/>
        </w:rPr>
        <w:t>Jinghong food</w:t>
        <w:br/>
        <w:t>https://www.xiaohongshu.com/explore/691071d6000000000303652d?xsec_token=ABCN9wVxU4GoHaG-JlLHYqv2ov1c1uZPvi2tNZcnUUGX8=&amp;xsec_source=</w:t>
        <w:br/>
        <w:t>https://www.xiaohongshu.com/explore/68d2882c0000000007029d1d?xsec_token=ABEjpvRU7S5ztvA7pDGodMhcg4KfY6nGkYqIR3_6lXLX4=&amp;xsec_source=</w:t>
        <w:br/>
        <w:t>https://www.xiaohongshu.com/explore/69219181000000001e0100a1?xsec_token=ABddXQKCrxEI8Ps6vz0MpNZ0jeViRQ-sUqZIB3h0gVWFA=&amp;xsec_source=</w:t>
        <w:br/>
        <w:t>https://www.xiaohongshu.com/explore/68a74742000000001d0020ff?xsec_token=AB7TIAXhxNVipNFHhWOVaPbsLDXS2FKTQnFIKQHoQiQ_U=&amp;xsec_source=</w:t>
        <w:br/>
        <w:t>https://www.xiaohongshu.com/explore/6943786c000000001f0081e1?xsec_token=ABkobGZ1QQYlkGEVkAS95XTo0Spkeq5x9oj4rGFgl4_CM=&amp;xsec_source=</w:t>
        <w:br/>
        <w:t>https://www.xiaohongshu.com/explore/69396abc000000001e024767?xsec_token=ABpgLUuyIA3iuW4Wy0-MnnkiQlm7uyXGVgcLBXfqpi4Zo=&amp;xsec_source=</w:t>
        <w:br/>
        <w:t>https://www.xiaohongshu.com/explore/691acaa4000000001b021db7?xsec_token=ABNJZg7llNyQUZtSVCZySwFWlXVPXy0hlbq4tYx63GVKo=&amp;xsec_source=pc_search</w:t>
        <w:br/>
        <w:t>https://www.xiaohongshu.com/explore/67efa0c0000000001c00279f?xsec_token=ABE4F87eneDJeD2jxEbnJoJqCTCJTa3i7sswVrbvWEyFk=&amp;xsec_source=pc_search</w:t>
        <w:br/>
        <w:t>https://www.xiaohongshu.com/explore/6931205c000000001f009e5e?xsec_token=ABrcIOtK5itAgJ4vYTTHFWzKDF_ybuF6u09vNwwHov_3E=&amp;xsec_source=pc_search</w:t>
        <w:br/>
        <w:t>https://www.xiaohongshu.com/explore/68c9477e00000000130084c3?xsec_token=ABmt_mwDC3mChqlpSWJ8Gp9D9wV3P8vu1mBsrgQVL4Uaw=&amp;xsec_source=pc_search</w:t>
        <w:br/>
        <w:t>https://www.xiaohongshu.com/explore/68e35a710000000004001636?xsec_token=ABTJOxJuq1XYWCC7rJ00zdULkKUxBHcraB1f_dK9Nst3s=&amp;xsec_source=pc_search</w:t>
        <w:br/>
        <w:t>https://www.xiaohongshu.com/explore/695f88c6000000001a02987f?xsec_token=ABDEBPWFy-IwSXeBmuxlQcC-wjvU4_Btg5FEWN9Coi57Y=&amp;xsec_source=pc_search</w:t>
        <w:br/>
        <w:t>https://www.xiaohongshu.com/explore/684396b2000000002202594e?xsec_token=AB2TJl4I12r_cNg0X4kMvAuoCcTGXiaBET_fHouNSuPoU=&amp;xsec_source=pc_search</w:t>
        <w:br/>
        <w:t>https://www.xiaohongshu.com/explore/6880be130000000022033fc0?xsec_token=ABZZ_437Ju-EKaiMBxQwdrn8v714I3ltVnSku1p1-Vatg=&amp;xsec_source=pc_search</w:t>
        <w:br/>
        <w:t>https://www.xiaohongshu.com/explore/677cadda000000000203cc51?xsec_token=ABV6nqqz7fIpIJ6K_RCS49a--mBwE4ocKG5ITzBtMQsXE=&amp;xsec_source=pc_search</w:t>
        <w:br/>
        <w:t>https://www.xiaohongshu.com/explore/685288d200000000100102c4?xsec_token=AB927s7bIAyMef8kGQX9aoTBxH7CHcLwvjny2No9kTmtI=&amp;xsec_source=pc_search</w:t>
        <w:br/>
        <w:t>https://www.xiaohongshu.com/explore/69106dc50000000007035019?xsec_token=ABCN9wVxU4GoHaG-JlLHYqv-jizCBR6jY2hjRxqIOLGp8=&amp;xsec_source=pc_search</w:t>
        <w:br/>
        <w:t>https://www.xiaohongshu.com/explore/664dcddb000000001500a6ba?xsec_token=ABU3KBYFCH357hDwhcXGZGYY6EWQquLz-BJjpFd2QzeOc=&amp;xsec_source=pc_search</w:t>
        <w:br/>
        <w:t>https://www.xiaohongshu.com/explore/67bc179700000000070370b0?xsec_token=ABRm02j0XikbTzPRNXduIA8U1aS5wUjeBhh3mrpuee5yo=&amp;xsec_source=pc_search</w:t>
        <w:br/>
        <w:t>https://www.xiaohongshu.com/explore/69242c91000000001e002058?xsec_token=ABxJNlM5N4YM5kdfkzqnlmMSxXUbQbZNSgR_I6TpyAqkk=&amp;xsec_source=pc_search</w:t>
      </w:r>
    </w:p>
    <w:p/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y.feishu.cn/wiki/R7EAwcYX1ikNlukteCdcVhdinhb?from=from_copy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