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Yunhe Terraces &amp; She Culture Self-Drive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https://travel.victor42.work/trip/yunhe/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Itinerary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Dates: Oct xx–Oct xx (4 days, 4 nights)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Intercity transport: Self-drive.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Local transport: Self-drive.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Accommodation: First 3 nights at a hotel in Yunhe county seat; last night at a guesthouse by the old street in Dagangtou.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D0(Oct xx, Fri) Departure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Hangzhou (18:00) - Yunhe (22:00)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Depart at 18:00, at least 4 hours of driving; arrive in the evening—no sightseeing planned.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D1(Oct xx, Sat)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Shexiang Window (4 hours)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Dajun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About 1 hour's drive to Shexiang Window. Lunch on the old street. The wedding ceremony show requires booking, 14:30-15:20 slot. Leave for Yunhe county seat at 16:30.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D2(Oct xx, Sun)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Yunhe Terraces (6 hours)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Yunhe Terraces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Drive up into the terraces. Visit Jiuqu Yunhuan first—viewing platform plus terrace paths. Then drive on to Baiyin Valley and Kenggen Stone Village. Head down at 17:00 back to Yunhe county seat.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D3(Oct xx, Mon)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Yunhe (16:00) - Dagangtou (17:30)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Yunhe Terraces (4 hours) - Guyan Huaxiang (1 hour)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After check-out, drive straight up to Qixingdun for the panoramic viewing platform. Farm activities may be available; arrange one if it suits kids. Lunch on the spot at Qixingdun. Depart at 16:00 for Dagangtou, check in. After 17:30 the Huaxiang old street is free to enter—stroll and have dinner there.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D4(Oct xx, Tue) Return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Dagangtou (14:00) - Hangzhou (dinner time)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Guyan Huaxiang (3 hours)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Guyan Huaxiang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Check out and enjoy the riverside view. Take the ferry across to Yantou Village for the millennium-old camphor trees and the Tongji Weir. Ferry back, depart by 14:00—arrive home around dinner time.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Checklist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 xml:space="preserve">Manage your packing list with an 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 spreadsheet</w:t>
        </w:r>
      </w:hyperlink>
      <w:r>
        <w:rPr>
          <w:rFonts w:ascii="Helvetica Neue" w:hAnsi="Helvetica Neue" w:eastAsia="PingFang SC"/>
          <w:b w:val="0"/>
          <w:sz w:val="22"/>
        </w:rPr>
        <w:t>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Tips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The China She Ethnic Museum closes on Mondays and at midday.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Yunhe Terraces tickets are valid 2 days, one entry per sight.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The Guanyun Ropeway has three stations: Visitor Center - Middle Station (Jiuqu Yunhuan/Baiyin Valley) - Upper Station at Meizhu Qixingdun; 3,880 m in 11 minutes.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Shuttle buses run only two lines: Visitor Center-Jiuqu Yunhuan and Jiuqu Yunhuan-Baiyin Valley/Kenggen; they do not reach Qixingdun.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All four areas (Jiuqu Yunhuan, Qixingdun, Baiyin Valley, Kenggen Stone Village) and the Visitor Center have free parking; Baiyin Valley and Kenggen Stone Village are 100 m apart.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The Tiankai Yunding glass viewing tower is about 300 m from Jiuqu Yunhuan.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Qixingdun and Baiyin Valley are about 1 km apart in a straight line, but driving requires a roughly 25-minute detour via Jiuqu Yunhuan; on foot an old trail takes 1-1.5 hours.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Qixingdun offers farm activities such as rice cutting, threshing and hulling.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Kenggen Stone Village features its autumn produce-drying scene in mid-October.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POI Shortlist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0"/>
        </w:rPr>
        <w:t>Reference point: Yunhe County People's Government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Yunhe Terraces area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Yunhe Terraces Scenic Area (Yunhe County / Southwest / 12.2km / 18min)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Yunhe Lake Xingong Scenic Area (Yunhe County / Northwest / 17.3km / 21min)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Huangjiaye Village (Yunhe County / Southwest / 30.7km / 47min)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Yunhe Wooden Toy Park (Yunhe County / South / 2.2km / 6min)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Jingning She ethnic area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China She Ethnic Museum (Jingning / Southeast / 22.3km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Shexiang Window (Jingning / South / 36.8km / 40min)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Yunzhong Daji (Jingning / South / 67.1km / 1h22min)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Fengjin Mountain (Jingning / South / 28.8km / 30min)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Lishui / Liandu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Guyan Huaxiang (Liandu District / Northeast / 36.0km / 35min)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Dongxi Rock (Liandu District / North / 70.6km / 1h08min)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