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珠海澳门亲子度假计划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https://travel.victor42.work/trip/zhuhai-macao/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行程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时间：2月xx日-2月xx日（9天8晚）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跨市交通: xx日飞机到珠海横琴，xx日打车到澳门，xx日打车到珠海市，xx日打车到珠海横琴，xx日飞机返程。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市内交通: 珠海横琴步行，珠海市步行+打车，澳门步行+地铁。</w:t>
      </w:r>
    </w:p>
    <w:p>
      <w:pPr>
        <w:spacing w:after="40" w:lineRule="auto" w:line="300"/>
      </w:pPr>
      <w:r>
        <w:rPr>
          <w:rFonts w:ascii="Helvetica Neue" w:hAnsi="Helvetica Neue" w:eastAsia="PingFang SC"/>
          <w:b/>
          <w:sz w:val="22"/>
        </w:rPr>
        <w:t>住宿</w:t>
      </w:r>
    </w:p>
    <w:p>
      <w:pPr>
        <w:pStyle w:val="ListBullet2"/>
        <w:spacing w:after="60"/>
        <w:ind w:left="567"/>
      </w:pPr>
      <w:r>
        <w:rPr>
          <w:rFonts w:ascii="Helvetica Neue" w:hAnsi="Helvetica Neue" w:eastAsia="PingFang SC"/>
          <w:b w:val="0"/>
          <w:sz w:val="21"/>
        </w:rPr>
        <w:t>xx-xx日（2晚）住珠海横琴 长隆横琴湾酒店。长隆海洋王国附近，游玩方便。</w:t>
      </w:r>
    </w:p>
    <w:p>
      <w:pPr>
        <w:pStyle w:val="ListBullet2"/>
        <w:spacing w:after="60"/>
        <w:ind w:left="567"/>
      </w:pPr>
      <w:r>
        <w:rPr>
          <w:rFonts w:ascii="Helvetica Neue" w:hAnsi="Helvetica Neue" w:eastAsia="PingFang SC"/>
          <w:b w:val="0"/>
          <w:sz w:val="21"/>
        </w:rPr>
        <w:t>xx-xx日（2晚）住澳门 马会附近。氹仔商业区，交通方便，商业繁华。</w:t>
      </w:r>
    </w:p>
    <w:p>
      <w:pPr>
        <w:pStyle w:val="ListBullet2"/>
        <w:spacing w:after="60"/>
        <w:ind w:left="567"/>
      </w:pPr>
      <w:r>
        <w:rPr>
          <w:rFonts w:ascii="Helvetica Neue" w:hAnsi="Helvetica Neue" w:eastAsia="PingFang SC"/>
          <w:b w:val="0"/>
          <w:sz w:val="21"/>
        </w:rPr>
        <w:t>xx-xx日（3晚）住珠海市 香洲区情侣路周边。海滨公园附近，市区游玩方便。</w:t>
      </w:r>
    </w:p>
    <w:p>
      <w:pPr>
        <w:pStyle w:val="ListBullet2"/>
        <w:spacing w:after="60"/>
        <w:ind w:left="567"/>
      </w:pPr>
      <w:r>
        <w:rPr>
          <w:rFonts w:ascii="Helvetica Neue" w:hAnsi="Helvetica Neue" w:eastAsia="PingFang SC"/>
          <w:b w:val="0"/>
          <w:sz w:val="21"/>
        </w:rPr>
        <w:t>xx-xx日（1晚）住珠海横琴 星乐度露营小镇。星奇塔无动力世界附近，去机场方便。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D1（2月xx日）出发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杭州萧山机场(12:55) - 珠海金湾机场(15:30)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景点：长隆海洋王国(2h)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选座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值机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长隆海洋王国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酒店安顿好，还有时间去海洋王国里逛一小会儿。然后回酒店吃自助餐，景酒套餐里的自助晚餐只能这天使用。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当晚住长隆横琴湾酒店。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D2（2月xx日）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景点：长隆海洋王国(全天)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优先看剧场和巡游表演，穿插看馆，游乐设施尽量不玩。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夜光巡游和烟花秀只能安排在这天。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当晚住长隆横琴湾酒店。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D3（2月xx日）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景点：长隆海洋王国(全天)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看馆为主，剧场和巡游表演可以补看，游乐设施如果有空可以玩。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玩好回酒店拿行李，打车去横琴口岸通关，坐横琴线到澳门，在莲花站换轻轨到马会站。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当晚住澳门骏龙酒店。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D4（2月xx日）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景点：澳门半岛(3小时) - 氹仔商业区(3小时)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上午从马会站乘轻轨到妈阁站，在澳门半岛闲逛，有大三巴和几个教堂可以看看，感受澳门旧城区氛围。下午乘轻轨去路氹西站，逛氹仔商业区看建筑。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当晚住澳门骏龙酒店。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D5（2月xx日）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景点：黑沙海滩(2小时) - 路环(1小时) - 荔枝碗旧船厂(2小时)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打车去黑沙海滩玩沙。然后坐公交到路环街市站，打卡路环圣方济各圣堂，路环镇闲逛。步行到荔枝碗旧船厂，在儿童乐园玩一玩。这一天行程非常宽松，也可以酌情提前结束。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玩好打车回酒店拿行李，打车去横琴口岸通关，回到珠海打车去珠海主城区。如果很早到珠海，酒店附近有海滨公园和儿童游乐场可以玩。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当晚住华侨宾馆。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D6（2月xx日）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景点：圆明新园(2小时) - 海滨公园游乐场(2小时)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打车去圆明新园参观。然后有2个方案：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1. 打车回酒店附近，乘缆车上景山公园登高，再下山去海滨公园游乐场玩。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2. 步行到板樟山森林公园爬山。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当晚住华侨宾馆。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D7（2月xx日）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景点：香炉湾沙滩(3小时) - 野狸岛(2小时)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沿着海岸散步，前往香炉湾沙滩玩沙休闲。然后步行上野狸岛散步，打卡日月贝。还有时间多就继续沿着海岸往北逛，路上还有小公园和沙滩，逛到哪算哪。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当晚住华侨宾馆。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D8（2月xx日）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1"/>
        </w:rPr>
        <w:t>景点：星奇塔无动力世界(全天)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星奇塔无动力世界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退房后打车到当晚酒店，就在星奇塔无动力世界旁边。然后去无动力乐园玩一天。酒店已含门票，不用另外购买。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当晚住星乐度露营小镇。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D9（2月xx日）返程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珠海金湾机场(11:15) - 杭州萧山机场(13:15)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选座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值机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不安排游玩，直接返程。打车约半小时到机场。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检查清单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行李清单可使用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Excel表格</w:t>
        </w:r>
      </w:hyperlink>
      <w:r>
        <w:rPr>
          <w:rFonts w:ascii="Helvetica Neue" w:hAnsi="Helvetica Neue" w:eastAsia="PingFang SC"/>
          <w:b w:val="0"/>
          <w:sz w:val="22"/>
        </w:rPr>
        <w:t>管理。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澳门手机信号和流量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澳门公交乘车码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小提示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2"/>
        </w:rPr>
        <w:t>- 春节期间珠海气温15-20度范围，适合秋装。</w:t>
        <w:br/>
        <w:t>- 澳门轻轨买票要去人工窗口才能用微信和支付宝。</w:t>
        <w:br/>
        <w:t>- 澳门打车用高德地图，不用担心支付和汇率问题。</w:t>
        <w:br/>
        <w:t>- 澳门公交可以用微信和支付宝，要领取公交乘车码。</w:t>
        <w:br/>
        <w:t>- 澳门工具和轻轨，儿童1米以下免费。1米以上，公交全价，轻轨12岁以下半价。</w:t>
        <w:br/>
        <w:t>- 在澳门优先使用微信和支付宝付款，有些小店不支持时，使用人民币现金是按1:1当澳门元花的，有汇率损失。</w:t>
        <w:br/>
        <w:t>- 澳门用的是英标G型插座，要带支持的转换头。</w:t>
        <w:br/>
        <w:t>**海洋王国内部**</w:t>
        <w:br/>
        <w:t>海洋王国内的动物馆和游乐设施是完全混在一起的，极地探险和海象山两个区域动物最密集。</w:t>
        <w:br/>
        <w:t>固定时间的节目分2类，剧场影院散落在四周各区域，巡游和烟花全都在中央横琴海区域。演出时间以长隆旅游App为准，提前一两天看了时间表再规划。长隆旅游App里可以查看各游乐设施的当前排队时长。</w:t>
        <w:br/>
        <w:t>- [ ] 海豚剧场（一天多场）</w:t>
        <w:br/>
        <w:t>- [ ] 白鲸剧场（一天多场）</w:t>
        <w:br/>
        <w:t>- [ ] 海狮剧场（一天多场）</w:t>
        <w:br/>
        <w:t>- [ ] 5D城堡影院（每半小时1场）</w:t>
        <w:br/>
        <w:t>- [ ] 水上飞人大汇演（仅1次）</w:t>
        <w:br/>
        <w:t>- [ ] 海洋夜光大巡游（仅1次）</w:t>
        <w:br/>
        <w:t>- [ ] 新春海洋大巡游（仅1次）</w:t>
        <w:br/>
        <w:t>- [ ] 欢腾猛犸大巡游（仅1次）</w:t>
        <w:br/>
        <w:t>- [ ] 海洋幻彩烟花秀（仅1次）</w:t>
        <w:br/>
        <w:t>除了大型表演，园内的各种动物场馆还有许多科普和讲解展示，场次非常多，不可能全看完。如果有特别喜欢的动物，再专程去看。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候选景点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长隆海洋王国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长隆秀马戏表演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星奇塔无动力世界 珠海市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香炉湾沙滩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野狸岛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海滨公园游乐场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景山公园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板樟山森林公园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圆明新园 澳门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澳门半岛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氹仔商业区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路环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荔枝碗旧船厂（有儿童乐园）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黑沙海滩 珠海离岛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桂山岛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东澳岛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外伶仃岛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游记&amp;攻略参考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可以把链接全部导入NotebookLM或腾讯Ima，通过AI问答了解信息。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澳门交通与支付方式</w:t>
        <w:br/>
        <w:t>https://www.xiaohongshu.com/explore/68a93868000000001c01328a?xsec_token=ABdQkS7Un2xKR799WnutKSkZ7s9wYuwztSm_bxzP9MNok=&amp;xsec_source=</w:t>
        <w:br/>
        <w:t>https://www.xiaohongshu.com/explore/684966ad000000001101ef04?xsec_token=ABR59Hl15xlpS925jLkVQgBxHw1eVK1bxahvo23OuT6YU=&amp;xsec_source=</w:t>
        <w:br/>
        <w:t>https://www.xiaohongshu.com/explore/68104c96000000000b017b7a?xsec_token=AB7iKc3_5Ons4PdsRyUDXRbtg9fiBJ0T5-UpUh7PSmAJM=&amp;xsec_source=</w:t>
        <w:br/>
        <w:t>https://www.xiaohongshu.com/explore/6908bb96000000000402bb9c?xsec_token=ABPC1vXNEdlRoMnzdH8lp8fT-zhnkKFE5ai_RHFJh1C3Q=&amp;xsec_source=</w:t>
        <w:br/>
        <w:t>https://www.xiaohongshu.com/explore/697dfb57000000002103e011?xsec_token=AB_M2ibIcPFWs9VtVuYr0U7UFZRwzrPwoIaB5d-lhUAvc=&amp;xsec_source=</w:t>
        <w:br/>
        <w:t>https://www.xiaohongshu.com/explore/6846a60d0000000021003b7a?xsec_token=ABmgfE281687pLgbhP8n3sMlfwz5OB0GEwX36dN9G48Nk=&amp;xsec_source=</w:t>
        <w:br/>
        <w:t>https://www.xiaohongshu.com/explore/690cdee700000000040034ee?xsec_token=ABfT5K9K2CUIMBLJOfAhg-VTugee7UN0npCAJMkkAzH5g=&amp;xsec_source=</w:t>
        <w:br/>
        <w:t>https://www.xiaohongshu.com/explore/6948f9a5000000001e0284ac?xsec_token=ABlNArhPbYfxTZ47O0M4sBgRRF0QlLn8y1puFAPOLRGj8=&amp;xsec_source=</w:t>
        <w:br/>
        <w:t>https://www.xiaohongshu.com/explore/67ab30f1000000001800c725?xsec_token=ABA_b5oRM0PYJBp-vo_j-XI34kzhARip-cOZTVchyqN6s=&amp;xsec_source=</w:t>
        <w:br/>
        <w:t>https://www.xiaohongshu.com/explore/67d55b51000000000e0079a3?xsec_token=ABVzOhmMyT4d43E2ErtykudO-CmZKo1gqULJJft1qCXPc=&amp;xsec_source=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